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6E01F438" w14:textId="33D34F7F" w:rsidR="00826299" w:rsidRDefault="00F04F92" w:rsidP="00826299">
      <w:pPr>
        <w:ind w:left="-1800"/>
        <w:jc w:val="center"/>
        <w:rPr>
          <w:rFonts w:ascii="Century" w:hAnsi="Century"/>
          <w:bCs/>
          <w:color w:val="FFFFFF" w:themeColor="background1"/>
          <w:sz w:val="36"/>
          <w:szCs w:val="20"/>
        </w:rPr>
      </w:pPr>
      <w:r>
        <w:rPr>
          <w:b/>
          <w:noProof/>
          <w:sz w:val="40"/>
        </w:rPr>
        <w:drawing>
          <wp:anchor distT="0" distB="0" distL="114300" distR="114300" simplePos="0" relativeHeight="251667968" behindDoc="1" locked="0" layoutInCell="1" allowOverlap="1" wp14:anchorId="15FCA7A3" wp14:editId="2F825606">
            <wp:simplePos x="0" y="0"/>
            <wp:positionH relativeFrom="column">
              <wp:posOffset>-1343025</wp:posOffset>
            </wp:positionH>
            <wp:positionV relativeFrom="paragraph">
              <wp:posOffset>-38099</wp:posOffset>
            </wp:positionV>
            <wp:extent cx="8122640" cy="2228850"/>
            <wp:effectExtent l="0" t="0" r="0" b="0"/>
            <wp:wrapNone/>
            <wp:docPr id="70973113" name="Obrázo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6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4770" cy="2229434"/>
                    </a:xfrm>
                    <a:prstGeom prst="rect">
                      <a:avLst/>
                    </a:prstGeom>
                    <a:effectLst>
                      <a:softEdge rad="3175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195F">
        <w:rPr>
          <w:b/>
          <w:noProof/>
          <w:sz w:val="40"/>
        </w:rPr>
        <w:drawing>
          <wp:anchor distT="0" distB="0" distL="114300" distR="114300" simplePos="0" relativeHeight="251670016" behindDoc="0" locked="0" layoutInCell="1" allowOverlap="1" wp14:anchorId="5D4197D1" wp14:editId="42183BDB">
            <wp:simplePos x="0" y="0"/>
            <wp:positionH relativeFrom="column">
              <wp:posOffset>-704849</wp:posOffset>
            </wp:positionH>
            <wp:positionV relativeFrom="paragraph">
              <wp:posOffset>247651</wp:posOffset>
            </wp:positionV>
            <wp:extent cx="1390650" cy="704822"/>
            <wp:effectExtent l="0" t="0" r="0" b="635"/>
            <wp:wrapNone/>
            <wp:docPr id="1405771172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771172" name="Obrázok 140577117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92101" cy="7055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8C2CBB" w14:textId="77777777" w:rsidR="00826299" w:rsidRPr="00F04F92" w:rsidRDefault="00826299" w:rsidP="00826299">
      <w:pPr>
        <w:tabs>
          <w:tab w:val="left" w:pos="3960"/>
        </w:tabs>
        <w:ind w:left="-567" w:right="-241"/>
        <w:jc w:val="right"/>
        <w:rPr>
          <w:rFonts w:ascii="Century" w:hAnsi="Century"/>
          <w:bCs/>
          <w:color w:val="FFFFFF" w:themeColor="background1"/>
          <w:sz w:val="72"/>
          <w:szCs w:val="72"/>
        </w:rPr>
      </w:pPr>
    </w:p>
    <w:p w14:paraId="1794142F" w14:textId="26D71C07" w:rsidR="00826299" w:rsidRPr="00F04F92" w:rsidRDefault="000812A0" w:rsidP="003260F1">
      <w:pPr>
        <w:tabs>
          <w:tab w:val="left" w:pos="3960"/>
        </w:tabs>
        <w:spacing w:after="0"/>
        <w:ind w:left="-567" w:right="-96"/>
        <w:jc w:val="right"/>
        <w:rPr>
          <w:rFonts w:ascii="Bookman Old Style" w:hAnsi="Bookman Old Style"/>
          <w:bCs/>
          <w:color w:val="BCB68A"/>
          <w:sz w:val="40"/>
        </w:rPr>
      </w:pPr>
      <w:r w:rsidRPr="00F04F92">
        <w:rPr>
          <w:rFonts w:ascii="Bookman Old Style" w:hAnsi="Bookman Old Style"/>
          <w:bCs/>
          <w:color w:val="BCB68A"/>
          <w:sz w:val="40"/>
        </w:rPr>
        <w:t xml:space="preserve">FORMULÁŘ PRO PRŮKAZ </w:t>
      </w:r>
    </w:p>
    <w:p w14:paraId="12C2D922" w14:textId="6B9393A5" w:rsidR="00DB2A48" w:rsidRPr="00F04F92" w:rsidRDefault="000812A0" w:rsidP="003260F1">
      <w:pPr>
        <w:tabs>
          <w:tab w:val="left" w:pos="3960"/>
        </w:tabs>
        <w:spacing w:after="0"/>
        <w:ind w:left="-567" w:right="-96"/>
        <w:jc w:val="right"/>
        <w:rPr>
          <w:rFonts w:ascii="Century" w:hAnsi="Century"/>
          <w:bCs/>
          <w:color w:val="BCB68A"/>
          <w:sz w:val="40"/>
        </w:rPr>
      </w:pPr>
      <w:r w:rsidRPr="00F04F92">
        <w:rPr>
          <w:rFonts w:ascii="Bookman Old Style" w:hAnsi="Bookman Old Style"/>
          <w:bCs/>
          <w:color w:val="BCB68A"/>
          <w:sz w:val="40"/>
        </w:rPr>
        <w:t>ENERGETICKÉ NÁROČNOSTI BUDOVY</w:t>
      </w:r>
    </w:p>
    <w:p w14:paraId="548773FD" w14:textId="17CF9CE6" w:rsidR="000812A0" w:rsidRDefault="000812A0" w:rsidP="003260F1">
      <w:pPr>
        <w:tabs>
          <w:tab w:val="left" w:pos="3960"/>
        </w:tabs>
        <w:spacing w:after="0"/>
        <w:ind w:left="-567" w:right="-96"/>
        <w:jc w:val="right"/>
        <w:rPr>
          <w:bCs/>
          <w:color w:val="BCB68A"/>
          <w:sz w:val="14"/>
          <w:szCs w:val="4"/>
        </w:rPr>
      </w:pPr>
      <w:proofErr w:type="spellStart"/>
      <w:r w:rsidRPr="00826299">
        <w:rPr>
          <w:bCs/>
          <w:color w:val="BCB68A"/>
          <w:sz w:val="14"/>
          <w:szCs w:val="4"/>
        </w:rPr>
        <w:t>Dle</w:t>
      </w:r>
      <w:proofErr w:type="spellEnd"/>
      <w:r w:rsidRPr="00826299">
        <w:rPr>
          <w:bCs/>
          <w:color w:val="BCB68A"/>
          <w:sz w:val="14"/>
          <w:szCs w:val="4"/>
        </w:rPr>
        <w:t xml:space="preserve"> </w:t>
      </w:r>
      <w:proofErr w:type="spellStart"/>
      <w:r w:rsidRPr="00826299">
        <w:rPr>
          <w:bCs/>
          <w:color w:val="BCB68A"/>
          <w:sz w:val="14"/>
          <w:szCs w:val="4"/>
        </w:rPr>
        <w:t>zákona</w:t>
      </w:r>
      <w:proofErr w:type="spellEnd"/>
      <w:r w:rsidRPr="00826299">
        <w:rPr>
          <w:bCs/>
          <w:color w:val="BCB68A"/>
          <w:sz w:val="14"/>
          <w:szCs w:val="4"/>
        </w:rPr>
        <w:t xml:space="preserve"> č. 406/2000 sb. </w:t>
      </w:r>
      <w:proofErr w:type="spellStart"/>
      <w:r w:rsidRPr="00826299">
        <w:rPr>
          <w:bCs/>
          <w:color w:val="BCB68A"/>
          <w:sz w:val="14"/>
          <w:szCs w:val="4"/>
        </w:rPr>
        <w:t>ve</w:t>
      </w:r>
      <w:proofErr w:type="spellEnd"/>
      <w:r w:rsidRPr="00826299">
        <w:rPr>
          <w:bCs/>
          <w:color w:val="BCB68A"/>
          <w:sz w:val="14"/>
          <w:szCs w:val="4"/>
        </w:rPr>
        <w:t xml:space="preserve"> </w:t>
      </w:r>
      <w:proofErr w:type="spellStart"/>
      <w:r w:rsidRPr="00826299">
        <w:rPr>
          <w:bCs/>
          <w:color w:val="BCB68A"/>
          <w:sz w:val="14"/>
          <w:szCs w:val="4"/>
        </w:rPr>
        <w:t>znění</w:t>
      </w:r>
      <w:proofErr w:type="spellEnd"/>
      <w:r w:rsidRPr="00826299">
        <w:rPr>
          <w:bCs/>
          <w:color w:val="BCB68A"/>
          <w:sz w:val="14"/>
          <w:szCs w:val="4"/>
        </w:rPr>
        <w:t xml:space="preserve"> </w:t>
      </w:r>
      <w:proofErr w:type="spellStart"/>
      <w:r w:rsidRPr="00826299">
        <w:rPr>
          <w:bCs/>
          <w:color w:val="BCB68A"/>
          <w:sz w:val="14"/>
          <w:szCs w:val="4"/>
        </w:rPr>
        <w:t>pozdějších</w:t>
      </w:r>
      <w:proofErr w:type="spellEnd"/>
      <w:r w:rsidRPr="00826299">
        <w:rPr>
          <w:bCs/>
          <w:color w:val="BCB68A"/>
          <w:sz w:val="14"/>
          <w:szCs w:val="4"/>
        </w:rPr>
        <w:t xml:space="preserve"> </w:t>
      </w:r>
      <w:proofErr w:type="spellStart"/>
      <w:r w:rsidRPr="00826299">
        <w:rPr>
          <w:bCs/>
          <w:color w:val="BCB68A"/>
          <w:sz w:val="14"/>
          <w:szCs w:val="4"/>
        </w:rPr>
        <w:t>předpisů</w:t>
      </w:r>
      <w:proofErr w:type="spellEnd"/>
    </w:p>
    <w:p w14:paraId="5308E130" w14:textId="77777777" w:rsidR="00F04F92" w:rsidRPr="00F04F92" w:rsidRDefault="00F04F92" w:rsidP="003260F1">
      <w:pPr>
        <w:tabs>
          <w:tab w:val="left" w:pos="3960"/>
        </w:tabs>
        <w:spacing w:after="0"/>
        <w:ind w:left="-567" w:right="-96"/>
        <w:jc w:val="right"/>
        <w:rPr>
          <w:bCs/>
          <w:color w:val="BCB68A"/>
          <w:sz w:val="4"/>
          <w:szCs w:val="2"/>
        </w:rPr>
      </w:pPr>
    </w:p>
    <w:p w14:paraId="59AC161C" w14:textId="77777777" w:rsidR="00F04F92" w:rsidRDefault="00F04F92" w:rsidP="003260F1">
      <w:pPr>
        <w:tabs>
          <w:tab w:val="left" w:pos="3443"/>
        </w:tabs>
        <w:spacing w:after="0"/>
        <w:ind w:left="-567" w:right="-432" w:firstLine="720"/>
        <w:rPr>
          <w:sz w:val="20"/>
          <w:szCs w:val="20"/>
        </w:rPr>
      </w:pPr>
    </w:p>
    <w:p w14:paraId="62D5E413" w14:textId="23AA5C85" w:rsidR="00DB2A48" w:rsidRPr="003260F1" w:rsidRDefault="003260F1" w:rsidP="003260F1">
      <w:pPr>
        <w:tabs>
          <w:tab w:val="left" w:pos="3443"/>
        </w:tabs>
        <w:spacing w:after="0"/>
        <w:ind w:left="-567" w:right="-432" w:firstLine="720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391F56B8" wp14:editId="4557B3E4">
                <wp:simplePos x="0" y="0"/>
                <wp:positionH relativeFrom="column">
                  <wp:posOffset>-195844</wp:posOffset>
                </wp:positionH>
                <wp:positionV relativeFrom="paragraph">
                  <wp:posOffset>101600</wp:posOffset>
                </wp:positionV>
                <wp:extent cx="6001385" cy="2628265"/>
                <wp:effectExtent l="57150" t="19050" r="75565" b="95885"/>
                <wp:wrapNone/>
                <wp:docPr id="2009741450" name="Obdĺžnik: zaoblené rohy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1385" cy="2628265"/>
                        </a:xfrm>
                        <a:prstGeom prst="roundRect">
                          <a:avLst>
                            <a:gd name="adj" fmla="val 6021"/>
                          </a:avLst>
                        </a:prstGeom>
                        <a:solidFill>
                          <a:srgbClr val="F4F3EC"/>
                        </a:solidFill>
                        <a:ln>
                          <a:solidFill>
                            <a:schemeClr val="bg2"/>
                          </a:solidFill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  <a:softEdge rad="12700"/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E4813B" id="Obdĺžnik: zaoblené rohy 23" o:spid="_x0000_s1026" style="position:absolute;margin-left:-15.4pt;margin-top:8pt;width:472.55pt;height:206.95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94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" fillcolor="#f4f3ec" strokecolor="#eeece1 [3214]">
                <v:shadow on="t" color="black" opacity="22937f" origin=",.5" offset="0,.63889mm"/>
              </v:roundrect>
            </w:pict>
          </mc:Fallback>
        </mc:AlternateContent>
      </w:r>
    </w:p>
    <w:tbl>
      <w:tblPr>
        <w:tblStyle w:val="Mriekatabuky"/>
        <w:tblpPr w:leftFromText="141" w:rightFromText="141" w:vertAnchor="text" w:horzAnchor="margin" w:tblpY="184"/>
        <w:tblW w:w="0" w:type="auto"/>
        <w:tblBorders>
          <w:top w:val="single" w:sz="4" w:space="0" w:color="F4F3EC"/>
          <w:left w:val="single" w:sz="4" w:space="0" w:color="F4F3EC"/>
          <w:bottom w:val="single" w:sz="4" w:space="0" w:color="F4F3EC"/>
          <w:right w:val="single" w:sz="4" w:space="0" w:color="F4F3EC"/>
          <w:insideH w:val="single" w:sz="4" w:space="0" w:color="F4F3EC"/>
          <w:insideV w:val="single" w:sz="4" w:space="0" w:color="F4F3EC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943"/>
        <w:gridCol w:w="5884"/>
      </w:tblGrid>
      <w:tr w:rsidR="00DB2A48" w:rsidRPr="003260F1" w14:paraId="1DC91AA7" w14:textId="77777777" w:rsidTr="003260F1">
        <w:trPr>
          <w:trHeight w:val="340"/>
        </w:trPr>
        <w:tc>
          <w:tcPr>
            <w:tcW w:w="8827" w:type="dxa"/>
            <w:gridSpan w:val="2"/>
            <w:shd w:val="clear" w:color="auto" w:fill="BCB68A"/>
            <w:vAlign w:val="center"/>
          </w:tcPr>
          <w:p w14:paraId="094B0345" w14:textId="4317408F" w:rsidR="00DB2A48" w:rsidRPr="003260F1" w:rsidRDefault="00DB2A48" w:rsidP="003260F1">
            <w:pPr>
              <w:jc w:val="center"/>
              <w:rPr>
                <w:b/>
                <w:bCs/>
                <w:sz w:val="20"/>
                <w:szCs w:val="20"/>
              </w:rPr>
            </w:pPr>
            <w:r w:rsidRPr="0051064A">
              <w:rPr>
                <w:rFonts w:eastAsia="Times New Roman" w:cs="Calibri"/>
                <w:b/>
                <w:bCs/>
                <w:color w:val="404040" w:themeColor="text1" w:themeTint="BF"/>
                <w:lang w:val="sk-SK" w:eastAsia="sk-SK"/>
              </w:rPr>
              <w:t>OBJEDNATEL / STAVEBNÍK</w:t>
            </w:r>
          </w:p>
        </w:tc>
      </w:tr>
      <w:tr w:rsidR="003260F1" w:rsidRPr="003260F1" w14:paraId="0773A8AA" w14:textId="77777777" w:rsidTr="00061AF9">
        <w:trPr>
          <w:trHeight w:val="340"/>
        </w:trPr>
        <w:tc>
          <w:tcPr>
            <w:tcW w:w="2943" w:type="dxa"/>
            <w:shd w:val="clear" w:color="auto" w:fill="F9F8F5"/>
            <w:vAlign w:val="center"/>
          </w:tcPr>
          <w:p w14:paraId="47102F11" w14:textId="618AAE79" w:rsidR="00DB2A48" w:rsidRPr="00683F6D" w:rsidRDefault="00DB2A48" w:rsidP="003260F1">
            <w:pPr>
              <w:rPr>
                <w:b/>
                <w:bCs/>
                <w:color w:val="404040" w:themeColor="text1" w:themeTint="BF"/>
                <w:sz w:val="20"/>
                <w:szCs w:val="20"/>
              </w:rPr>
            </w:pPr>
            <w:proofErr w:type="spellStart"/>
            <w:r w:rsidRPr="00DB2A48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Jméno</w:t>
            </w:r>
            <w:proofErr w:type="spellEnd"/>
            <w:r w:rsidRPr="00DB2A48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 xml:space="preserve"> a </w:t>
            </w:r>
            <w:proofErr w:type="spellStart"/>
            <w:r w:rsidRPr="00DB2A48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příjmení</w:t>
            </w:r>
            <w:proofErr w:type="spellEnd"/>
            <w:r w:rsidRPr="00DB2A48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 xml:space="preserve"> / </w:t>
            </w:r>
            <w:proofErr w:type="spellStart"/>
            <w:r w:rsidRPr="00DB2A48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Název</w:t>
            </w:r>
            <w:proofErr w:type="spellEnd"/>
            <w:r w:rsidRPr="00DB2A48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 xml:space="preserve"> firmy:</w:t>
            </w:r>
          </w:p>
        </w:tc>
        <w:tc>
          <w:tcPr>
            <w:tcW w:w="5884" w:type="dxa"/>
            <w:shd w:val="clear" w:color="auto" w:fill="FFFFFF" w:themeFill="background1"/>
            <w:vAlign w:val="center"/>
          </w:tcPr>
          <w:p w14:paraId="52EA7412" w14:textId="77777777" w:rsidR="00DB2A48" w:rsidRPr="003260F1" w:rsidRDefault="00DB2A48" w:rsidP="003260F1">
            <w:pPr>
              <w:rPr>
                <w:sz w:val="20"/>
                <w:szCs w:val="20"/>
              </w:rPr>
            </w:pPr>
          </w:p>
        </w:tc>
      </w:tr>
      <w:tr w:rsidR="003260F1" w:rsidRPr="003260F1" w14:paraId="757A30C2" w14:textId="77777777" w:rsidTr="00061AF9">
        <w:trPr>
          <w:trHeight w:val="340"/>
        </w:trPr>
        <w:tc>
          <w:tcPr>
            <w:tcW w:w="2943" w:type="dxa"/>
            <w:shd w:val="clear" w:color="auto" w:fill="F9F8F5"/>
            <w:vAlign w:val="center"/>
          </w:tcPr>
          <w:p w14:paraId="7B1A383A" w14:textId="78B4F60D" w:rsidR="00DB2A48" w:rsidRPr="00683F6D" w:rsidRDefault="00DB2A48" w:rsidP="003260F1">
            <w:pPr>
              <w:rPr>
                <w:b/>
                <w:bCs/>
                <w:color w:val="404040" w:themeColor="text1" w:themeTint="BF"/>
                <w:sz w:val="20"/>
                <w:szCs w:val="20"/>
              </w:rPr>
            </w:pPr>
            <w:r w:rsidRPr="00DB2A48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Trvalý pobyt / sídlo firmy:</w:t>
            </w:r>
          </w:p>
        </w:tc>
        <w:tc>
          <w:tcPr>
            <w:tcW w:w="5884" w:type="dxa"/>
            <w:shd w:val="clear" w:color="auto" w:fill="FFFFFF" w:themeFill="background1"/>
            <w:vAlign w:val="center"/>
          </w:tcPr>
          <w:p w14:paraId="37EC0B4C" w14:textId="77777777" w:rsidR="00DB2A48" w:rsidRPr="003260F1" w:rsidRDefault="00DB2A48" w:rsidP="003260F1">
            <w:pPr>
              <w:rPr>
                <w:sz w:val="20"/>
                <w:szCs w:val="20"/>
              </w:rPr>
            </w:pPr>
          </w:p>
        </w:tc>
      </w:tr>
      <w:tr w:rsidR="003260F1" w:rsidRPr="003260F1" w14:paraId="55182208" w14:textId="77777777" w:rsidTr="00061AF9">
        <w:trPr>
          <w:trHeight w:val="340"/>
        </w:trPr>
        <w:tc>
          <w:tcPr>
            <w:tcW w:w="2943" w:type="dxa"/>
            <w:shd w:val="clear" w:color="auto" w:fill="F9F8F5"/>
            <w:vAlign w:val="center"/>
          </w:tcPr>
          <w:p w14:paraId="6BAD6D9F" w14:textId="7031946B" w:rsidR="00DB2A48" w:rsidRPr="00683F6D" w:rsidRDefault="00DB2A48" w:rsidP="003260F1">
            <w:pPr>
              <w:rPr>
                <w:b/>
                <w:bCs/>
                <w:color w:val="404040" w:themeColor="text1" w:themeTint="BF"/>
                <w:sz w:val="20"/>
                <w:szCs w:val="20"/>
              </w:rPr>
            </w:pPr>
            <w:r w:rsidRPr="00DB2A48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Poštovní adresa:</w:t>
            </w:r>
          </w:p>
        </w:tc>
        <w:tc>
          <w:tcPr>
            <w:tcW w:w="5884" w:type="dxa"/>
            <w:shd w:val="clear" w:color="auto" w:fill="FFFFFF" w:themeFill="background1"/>
            <w:vAlign w:val="center"/>
          </w:tcPr>
          <w:p w14:paraId="7753635F" w14:textId="77777777" w:rsidR="00DB2A48" w:rsidRPr="003260F1" w:rsidRDefault="00DB2A48" w:rsidP="003260F1">
            <w:pPr>
              <w:rPr>
                <w:sz w:val="20"/>
                <w:szCs w:val="20"/>
              </w:rPr>
            </w:pPr>
          </w:p>
        </w:tc>
      </w:tr>
      <w:tr w:rsidR="003260F1" w:rsidRPr="003260F1" w14:paraId="7FCEB035" w14:textId="77777777" w:rsidTr="00061AF9">
        <w:trPr>
          <w:trHeight w:val="340"/>
        </w:trPr>
        <w:tc>
          <w:tcPr>
            <w:tcW w:w="2943" w:type="dxa"/>
            <w:shd w:val="clear" w:color="auto" w:fill="F9F8F5"/>
            <w:vAlign w:val="center"/>
          </w:tcPr>
          <w:p w14:paraId="19DE63C0" w14:textId="63400A50" w:rsidR="00DB2A48" w:rsidRPr="00683F6D" w:rsidRDefault="00DB2A48" w:rsidP="003260F1">
            <w:pPr>
              <w:rPr>
                <w:b/>
                <w:bCs/>
                <w:color w:val="404040" w:themeColor="text1" w:themeTint="BF"/>
                <w:sz w:val="20"/>
                <w:szCs w:val="20"/>
              </w:rPr>
            </w:pPr>
            <w:r w:rsidRPr="00DB2A48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IČO:</w:t>
            </w:r>
          </w:p>
        </w:tc>
        <w:tc>
          <w:tcPr>
            <w:tcW w:w="5884" w:type="dxa"/>
            <w:shd w:val="clear" w:color="auto" w:fill="FFFFFF" w:themeFill="background1"/>
            <w:vAlign w:val="center"/>
          </w:tcPr>
          <w:p w14:paraId="03A5843C" w14:textId="77777777" w:rsidR="00DB2A48" w:rsidRPr="003260F1" w:rsidRDefault="00DB2A48" w:rsidP="003260F1">
            <w:pPr>
              <w:rPr>
                <w:sz w:val="20"/>
                <w:szCs w:val="20"/>
              </w:rPr>
            </w:pPr>
          </w:p>
        </w:tc>
      </w:tr>
      <w:tr w:rsidR="003260F1" w:rsidRPr="003260F1" w14:paraId="288CE393" w14:textId="77777777" w:rsidTr="00061AF9">
        <w:trPr>
          <w:trHeight w:val="340"/>
        </w:trPr>
        <w:tc>
          <w:tcPr>
            <w:tcW w:w="2943" w:type="dxa"/>
            <w:shd w:val="clear" w:color="auto" w:fill="F9F8F5"/>
            <w:vAlign w:val="center"/>
          </w:tcPr>
          <w:p w14:paraId="374AED39" w14:textId="0A029581" w:rsidR="00DB2A48" w:rsidRPr="00683F6D" w:rsidRDefault="00DB2A48" w:rsidP="003260F1">
            <w:pPr>
              <w:rPr>
                <w:b/>
                <w:bCs/>
                <w:color w:val="404040" w:themeColor="text1" w:themeTint="BF"/>
                <w:sz w:val="20"/>
                <w:szCs w:val="20"/>
              </w:rPr>
            </w:pPr>
            <w:proofErr w:type="spellStart"/>
            <w:r w:rsidRPr="00DB2A48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Telefonní</w:t>
            </w:r>
            <w:proofErr w:type="spellEnd"/>
            <w:r w:rsidRPr="00DB2A48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 xml:space="preserve"> číslo:</w:t>
            </w:r>
          </w:p>
        </w:tc>
        <w:tc>
          <w:tcPr>
            <w:tcW w:w="5884" w:type="dxa"/>
            <w:shd w:val="clear" w:color="auto" w:fill="FFFFFF" w:themeFill="background1"/>
            <w:vAlign w:val="center"/>
          </w:tcPr>
          <w:p w14:paraId="507B62DF" w14:textId="77777777" w:rsidR="00DB2A48" w:rsidRPr="003260F1" w:rsidRDefault="00DB2A48" w:rsidP="003260F1">
            <w:pPr>
              <w:rPr>
                <w:sz w:val="20"/>
                <w:szCs w:val="20"/>
              </w:rPr>
            </w:pPr>
          </w:p>
        </w:tc>
      </w:tr>
      <w:tr w:rsidR="00DB2A48" w:rsidRPr="003260F1" w14:paraId="5652A648" w14:textId="77777777" w:rsidTr="00061AF9">
        <w:trPr>
          <w:trHeight w:val="340"/>
        </w:trPr>
        <w:tc>
          <w:tcPr>
            <w:tcW w:w="2943" w:type="dxa"/>
            <w:shd w:val="clear" w:color="auto" w:fill="F9F8F5"/>
            <w:vAlign w:val="center"/>
          </w:tcPr>
          <w:p w14:paraId="0E152964" w14:textId="5E99449F" w:rsidR="00DB2A48" w:rsidRPr="00683F6D" w:rsidRDefault="00DB2A48" w:rsidP="003260F1">
            <w:pPr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</w:pPr>
            <w:r w:rsidRPr="00DB2A48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E-mail</w:t>
            </w:r>
            <w:r w:rsidR="003260F1" w:rsidRPr="00683F6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:</w:t>
            </w:r>
          </w:p>
        </w:tc>
        <w:tc>
          <w:tcPr>
            <w:tcW w:w="5884" w:type="dxa"/>
            <w:shd w:val="clear" w:color="auto" w:fill="FFFFFF" w:themeFill="background1"/>
            <w:vAlign w:val="center"/>
          </w:tcPr>
          <w:p w14:paraId="5CE19D0B" w14:textId="77777777" w:rsidR="00DB2A48" w:rsidRPr="003260F1" w:rsidRDefault="00DB2A48" w:rsidP="003260F1">
            <w:pPr>
              <w:rPr>
                <w:sz w:val="20"/>
                <w:szCs w:val="20"/>
              </w:rPr>
            </w:pPr>
          </w:p>
        </w:tc>
      </w:tr>
      <w:tr w:rsidR="00DB2A48" w:rsidRPr="003260F1" w14:paraId="3E6A298F" w14:textId="77777777" w:rsidTr="003260F1">
        <w:trPr>
          <w:trHeight w:val="340"/>
        </w:trPr>
        <w:tc>
          <w:tcPr>
            <w:tcW w:w="8827" w:type="dxa"/>
            <w:gridSpan w:val="2"/>
            <w:shd w:val="clear" w:color="auto" w:fill="BCB68A"/>
            <w:vAlign w:val="center"/>
          </w:tcPr>
          <w:p w14:paraId="52FFE7BD" w14:textId="228ADA80" w:rsidR="00DB2A48" w:rsidRPr="003260F1" w:rsidRDefault="00DB2A48" w:rsidP="003260F1">
            <w:pPr>
              <w:jc w:val="center"/>
              <w:rPr>
                <w:sz w:val="20"/>
                <w:szCs w:val="20"/>
              </w:rPr>
            </w:pPr>
            <w:r w:rsidRPr="0051064A">
              <w:rPr>
                <w:rFonts w:eastAsia="Times New Roman" w:cs="Calibri"/>
                <w:b/>
                <w:bCs/>
                <w:color w:val="404040" w:themeColor="text1" w:themeTint="BF"/>
                <w:lang w:val="sk-SK" w:eastAsia="sk-SK"/>
              </w:rPr>
              <w:t>PROJEKTANT</w:t>
            </w:r>
          </w:p>
        </w:tc>
      </w:tr>
      <w:tr w:rsidR="00DB2A48" w:rsidRPr="003260F1" w14:paraId="5E1761CE" w14:textId="77777777" w:rsidTr="00061AF9">
        <w:trPr>
          <w:trHeight w:val="340"/>
        </w:trPr>
        <w:tc>
          <w:tcPr>
            <w:tcW w:w="2943" w:type="dxa"/>
            <w:shd w:val="clear" w:color="auto" w:fill="FCFCFA"/>
            <w:vAlign w:val="center"/>
          </w:tcPr>
          <w:p w14:paraId="301AC9F6" w14:textId="1980D9C4" w:rsidR="00DB2A48" w:rsidRPr="00683F6D" w:rsidRDefault="00DB2A48" w:rsidP="003260F1">
            <w:pPr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</w:pPr>
            <w:proofErr w:type="spellStart"/>
            <w:r w:rsidRPr="00DB2A48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Jméno</w:t>
            </w:r>
            <w:proofErr w:type="spellEnd"/>
            <w:r w:rsidRPr="00DB2A48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 xml:space="preserve"> / tel. číslo:</w:t>
            </w:r>
          </w:p>
        </w:tc>
        <w:tc>
          <w:tcPr>
            <w:tcW w:w="5884" w:type="dxa"/>
            <w:shd w:val="clear" w:color="auto" w:fill="FFFFFF" w:themeFill="background1"/>
            <w:vAlign w:val="center"/>
          </w:tcPr>
          <w:p w14:paraId="0EC2B145" w14:textId="77777777" w:rsidR="00DB2A48" w:rsidRPr="003260F1" w:rsidRDefault="00DB2A48" w:rsidP="003260F1">
            <w:pPr>
              <w:rPr>
                <w:sz w:val="20"/>
                <w:szCs w:val="20"/>
              </w:rPr>
            </w:pPr>
          </w:p>
        </w:tc>
      </w:tr>
      <w:tr w:rsidR="00DB2A48" w:rsidRPr="003260F1" w14:paraId="7D0E1B79" w14:textId="77777777" w:rsidTr="00061AF9">
        <w:trPr>
          <w:trHeight w:val="340"/>
        </w:trPr>
        <w:tc>
          <w:tcPr>
            <w:tcW w:w="2943" w:type="dxa"/>
            <w:shd w:val="clear" w:color="auto" w:fill="FCFCFA"/>
            <w:vAlign w:val="center"/>
          </w:tcPr>
          <w:p w14:paraId="2778C2BE" w14:textId="42A0A975" w:rsidR="00DB2A48" w:rsidRPr="00683F6D" w:rsidRDefault="00DB2A48" w:rsidP="003260F1">
            <w:pPr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</w:pPr>
            <w:r w:rsidRPr="00DB2A48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E-mail:</w:t>
            </w:r>
          </w:p>
        </w:tc>
        <w:tc>
          <w:tcPr>
            <w:tcW w:w="5884" w:type="dxa"/>
            <w:shd w:val="clear" w:color="auto" w:fill="FFFFFF" w:themeFill="background1"/>
            <w:vAlign w:val="center"/>
          </w:tcPr>
          <w:p w14:paraId="5ED3C3DF" w14:textId="77777777" w:rsidR="00DB2A48" w:rsidRPr="003260F1" w:rsidRDefault="00DB2A48" w:rsidP="003260F1">
            <w:pPr>
              <w:rPr>
                <w:sz w:val="20"/>
                <w:szCs w:val="20"/>
              </w:rPr>
            </w:pPr>
          </w:p>
        </w:tc>
      </w:tr>
    </w:tbl>
    <w:p w14:paraId="72B91CD2" w14:textId="42675ED7" w:rsidR="00DB2A48" w:rsidRPr="003260F1" w:rsidRDefault="00DB2A48" w:rsidP="003260F1">
      <w:pPr>
        <w:tabs>
          <w:tab w:val="left" w:pos="3330"/>
        </w:tabs>
        <w:spacing w:after="0"/>
        <w:rPr>
          <w:sz w:val="28"/>
          <w:szCs w:val="28"/>
        </w:rPr>
      </w:pPr>
      <w:r w:rsidRPr="003260F1">
        <w:rPr>
          <w:sz w:val="20"/>
          <w:szCs w:val="20"/>
        </w:rPr>
        <w:tab/>
      </w:r>
    </w:p>
    <w:p w14:paraId="38021BE1" w14:textId="12AE2E5B" w:rsidR="00A2106F" w:rsidRPr="003260F1" w:rsidRDefault="00CA7988" w:rsidP="003260F1">
      <w:pPr>
        <w:spacing w:after="0"/>
        <w:ind w:right="-432"/>
        <w:rPr>
          <w:sz w:val="20"/>
          <w:szCs w:val="20"/>
        </w:rPr>
      </w:pPr>
      <w:r w:rsidRPr="003260F1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184" behindDoc="1" locked="0" layoutInCell="1" allowOverlap="1" wp14:anchorId="5551647B" wp14:editId="7A19A7F6">
                <wp:simplePos x="0" y="0"/>
                <wp:positionH relativeFrom="column">
                  <wp:posOffset>-193452</wp:posOffset>
                </wp:positionH>
                <wp:positionV relativeFrom="paragraph">
                  <wp:posOffset>108585</wp:posOffset>
                </wp:positionV>
                <wp:extent cx="6001385" cy="1188648"/>
                <wp:effectExtent l="57150" t="19050" r="75565" b="88265"/>
                <wp:wrapNone/>
                <wp:docPr id="1522295791" name="Obdĺžnik: zaoblené rohy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1385" cy="1188648"/>
                        </a:xfrm>
                        <a:prstGeom prst="roundRect">
                          <a:avLst>
                            <a:gd name="adj" fmla="val 14850"/>
                          </a:avLst>
                        </a:prstGeom>
                        <a:solidFill>
                          <a:srgbClr val="F4F3EC"/>
                        </a:solidFill>
                        <a:ln>
                          <a:solidFill>
                            <a:schemeClr val="bg2"/>
                          </a:solidFill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  <a:softEdge rad="12700"/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CC5E14" id="Obdĺžnik: zaoblené rohy 23" o:spid="_x0000_s1026" style="position:absolute;margin-left:-15.25pt;margin-top:8.55pt;width:472.55pt;height:93.6pt;z-index:-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973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" fillcolor="#f4f3ec" strokecolor="#eeece1 [3214]">
                <v:shadow on="t" color="black" opacity="22937f" origin=",.5" offset="0,.63889mm"/>
              </v:roundrect>
            </w:pict>
          </mc:Fallback>
        </mc:AlternateContent>
      </w:r>
    </w:p>
    <w:tbl>
      <w:tblPr>
        <w:tblStyle w:val="Mriekatabuky"/>
        <w:tblpPr w:leftFromText="141" w:rightFromText="141" w:vertAnchor="text" w:horzAnchor="margin" w:tblpY="184"/>
        <w:tblW w:w="0" w:type="auto"/>
        <w:tblBorders>
          <w:top w:val="single" w:sz="4" w:space="0" w:color="F4F3EC"/>
          <w:left w:val="single" w:sz="4" w:space="0" w:color="F4F3EC"/>
          <w:bottom w:val="single" w:sz="4" w:space="0" w:color="F4F3EC"/>
          <w:right w:val="single" w:sz="4" w:space="0" w:color="F4F3EC"/>
          <w:insideH w:val="single" w:sz="4" w:space="0" w:color="F4F3EC"/>
          <w:insideV w:val="single" w:sz="4" w:space="0" w:color="F4F3EC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935"/>
        <w:gridCol w:w="1568"/>
        <w:gridCol w:w="1559"/>
        <w:gridCol w:w="1459"/>
        <w:gridCol w:w="1318"/>
      </w:tblGrid>
      <w:tr w:rsidR="00A2106F" w:rsidRPr="003260F1" w14:paraId="1060A87E" w14:textId="77777777" w:rsidTr="009F2C65">
        <w:trPr>
          <w:trHeight w:val="340"/>
        </w:trPr>
        <w:tc>
          <w:tcPr>
            <w:tcW w:w="8797" w:type="dxa"/>
            <w:gridSpan w:val="5"/>
            <w:shd w:val="clear" w:color="auto" w:fill="BCB68A"/>
            <w:vAlign w:val="center"/>
          </w:tcPr>
          <w:p w14:paraId="43F45B55" w14:textId="1654E35B" w:rsidR="00A2106F" w:rsidRPr="003260F1" w:rsidRDefault="003260F1" w:rsidP="003260F1">
            <w:pPr>
              <w:jc w:val="center"/>
              <w:rPr>
                <w:b/>
                <w:bCs/>
                <w:sz w:val="20"/>
                <w:szCs w:val="20"/>
              </w:rPr>
            </w:pPr>
            <w:r w:rsidRPr="0051064A">
              <w:rPr>
                <w:rFonts w:eastAsia="Times New Roman" w:cs="Calibri"/>
                <w:b/>
                <w:bCs/>
                <w:color w:val="404040" w:themeColor="text1" w:themeTint="BF"/>
                <w:lang w:val="sk-SK" w:eastAsia="sk-SK"/>
              </w:rPr>
              <w:t>ÚČEL PENB A TYP OBJEKTU</w:t>
            </w:r>
          </w:p>
        </w:tc>
      </w:tr>
      <w:tr w:rsidR="00061AF9" w:rsidRPr="003260F1" w14:paraId="5A37CFB2" w14:textId="77777777" w:rsidTr="009F2C65">
        <w:trPr>
          <w:trHeight w:val="340"/>
        </w:trPr>
        <w:tc>
          <w:tcPr>
            <w:tcW w:w="2935" w:type="dxa"/>
            <w:shd w:val="clear" w:color="auto" w:fill="FCFCFA"/>
            <w:vAlign w:val="center"/>
          </w:tcPr>
          <w:p w14:paraId="672CB0BA" w14:textId="70DDD609" w:rsidR="00061AF9" w:rsidRPr="00683F6D" w:rsidRDefault="00061AF9" w:rsidP="003260F1">
            <w:pPr>
              <w:rPr>
                <w:b/>
                <w:bCs/>
                <w:color w:val="404040" w:themeColor="text1" w:themeTint="BF"/>
                <w:sz w:val="20"/>
                <w:szCs w:val="20"/>
              </w:rPr>
            </w:pPr>
            <w:r w:rsidRPr="00683F6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 xml:space="preserve">Účel </w:t>
            </w:r>
            <w:proofErr w:type="spellStart"/>
            <w:r w:rsidRPr="00683F6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zpracování</w:t>
            </w:r>
            <w:proofErr w:type="spellEnd"/>
            <w:r w:rsidRPr="00683F6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 xml:space="preserve"> PENB:</w:t>
            </w:r>
          </w:p>
        </w:tc>
        <w:tc>
          <w:tcPr>
            <w:tcW w:w="1568" w:type="dxa"/>
            <w:shd w:val="clear" w:color="auto" w:fill="FFFFFF" w:themeFill="background1"/>
            <w:vAlign w:val="center"/>
          </w:tcPr>
          <w:p w14:paraId="156DB91F" w14:textId="182A34F0" w:rsidR="00061AF9" w:rsidRPr="003260F1" w:rsidRDefault="00061AF9" w:rsidP="003260F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Novostavba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2203A3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1171300120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>
                  <w:rPr>
                    <w:rFonts w:ascii="Segoe UI Symbol" w:hAnsi="Segoe UI Symbol"/>
                    <w:sz w:val="20"/>
                    <w:szCs w:val="20"/>
                  </w:rPr>
                  <w:t>⬡</w:t>
                </w:r>
              </w:sdtContent>
            </w:sdt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D63A245" w14:textId="5580D93D" w:rsidR="00061AF9" w:rsidRPr="003260F1" w:rsidRDefault="00061AF9" w:rsidP="003260F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Rekonstrukce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853305571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>
                  <w:rPr>
                    <w:rFonts w:ascii="Segoe UI Symbol" w:hAnsi="Segoe UI Symbol"/>
                    <w:sz w:val="20"/>
                    <w:szCs w:val="20"/>
                  </w:rPr>
                  <w:t>⬡</w:t>
                </w:r>
              </w:sdtContent>
            </w:sdt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254F9E5" w14:textId="49CA4D28" w:rsidR="00061AF9" w:rsidRPr="003260F1" w:rsidRDefault="00061AF9" w:rsidP="003260F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Prodej</w:t>
            </w:r>
            <w:proofErr w:type="spellEnd"/>
            <w:r w:rsidRPr="002203A3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-1083683275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>
                  <w:rPr>
                    <w:rFonts w:ascii="Segoe UI Symbol" w:hAnsi="Segoe UI Symbol"/>
                    <w:sz w:val="20"/>
                    <w:szCs w:val="20"/>
                  </w:rPr>
                  <w:t>⬡</w:t>
                </w:r>
              </w:sdtContent>
            </w:sdt>
          </w:p>
        </w:tc>
        <w:tc>
          <w:tcPr>
            <w:tcW w:w="1318" w:type="dxa"/>
            <w:shd w:val="clear" w:color="auto" w:fill="FFFFFF" w:themeFill="background1"/>
            <w:vAlign w:val="center"/>
          </w:tcPr>
          <w:p w14:paraId="3884D04C" w14:textId="1D487135" w:rsidR="00061AF9" w:rsidRPr="00061AF9" w:rsidRDefault="00061AF9" w:rsidP="003260F1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Pronájem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2203A3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541873966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>
                  <w:rPr>
                    <w:rFonts w:ascii="Segoe UI Symbol" w:hAnsi="Segoe UI Symbol"/>
                    <w:sz w:val="20"/>
                    <w:szCs w:val="20"/>
                  </w:rPr>
                  <w:t>⬡</w:t>
                </w:r>
              </w:sdtContent>
            </w:sdt>
          </w:p>
        </w:tc>
      </w:tr>
      <w:tr w:rsidR="00524F64" w:rsidRPr="003260F1" w14:paraId="7FC6C7A0" w14:textId="77777777" w:rsidTr="009F2C65">
        <w:trPr>
          <w:trHeight w:val="340"/>
        </w:trPr>
        <w:tc>
          <w:tcPr>
            <w:tcW w:w="2935" w:type="dxa"/>
            <w:shd w:val="clear" w:color="auto" w:fill="FCFCFA"/>
            <w:vAlign w:val="center"/>
          </w:tcPr>
          <w:p w14:paraId="3DF826D2" w14:textId="2D3F7457" w:rsidR="00524F64" w:rsidRPr="00683F6D" w:rsidRDefault="00CA7988" w:rsidP="003260F1">
            <w:pPr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</w:pPr>
            <w:r w:rsidRPr="00683F6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Typ objektu</w:t>
            </w:r>
            <w:r w:rsidRPr="00DB2A48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:</w:t>
            </w:r>
          </w:p>
        </w:tc>
        <w:tc>
          <w:tcPr>
            <w:tcW w:w="1568" w:type="dxa"/>
            <w:shd w:val="clear" w:color="auto" w:fill="FFFFFF" w:themeFill="background1"/>
            <w:vAlign w:val="center"/>
          </w:tcPr>
          <w:p w14:paraId="73F60A9F" w14:textId="673E8D5E" w:rsidR="00524F64" w:rsidRDefault="00CA7988" w:rsidP="003260F1">
            <w:pPr>
              <w:rPr>
                <w:sz w:val="20"/>
                <w:szCs w:val="20"/>
              </w:rPr>
            </w:pPr>
            <w:proofErr w:type="spellStart"/>
            <w:r w:rsidRPr="00CA7988">
              <w:rPr>
                <w:sz w:val="20"/>
                <w:szCs w:val="20"/>
              </w:rPr>
              <w:t>Rodinný</w:t>
            </w:r>
            <w:proofErr w:type="spellEnd"/>
            <w:r w:rsidRPr="00CA7988">
              <w:rPr>
                <w:sz w:val="20"/>
                <w:szCs w:val="20"/>
              </w:rPr>
              <w:t xml:space="preserve"> </w:t>
            </w:r>
            <w:proofErr w:type="spellStart"/>
            <w:r w:rsidRPr="00CA7988">
              <w:rPr>
                <w:sz w:val="20"/>
                <w:szCs w:val="20"/>
              </w:rPr>
              <w:t>dům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061AF9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-1618206631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>
                  <w:rPr>
                    <w:rFonts w:ascii="Segoe UI Symbol" w:hAnsi="Segoe UI Symbol"/>
                    <w:sz w:val="20"/>
                    <w:szCs w:val="20"/>
                  </w:rPr>
                  <w:t>⬡</w:t>
                </w:r>
              </w:sdtContent>
            </w:sdt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10268C7" w14:textId="3492B698" w:rsidR="00524F64" w:rsidRDefault="00CA7988" w:rsidP="003260F1">
            <w:pPr>
              <w:rPr>
                <w:sz w:val="20"/>
                <w:szCs w:val="20"/>
              </w:rPr>
            </w:pPr>
            <w:proofErr w:type="spellStart"/>
            <w:r w:rsidRPr="00CA7988">
              <w:rPr>
                <w:sz w:val="20"/>
                <w:szCs w:val="20"/>
              </w:rPr>
              <w:t>Bytový</w:t>
            </w:r>
            <w:proofErr w:type="spellEnd"/>
            <w:r w:rsidRPr="00CA7988">
              <w:rPr>
                <w:sz w:val="20"/>
                <w:szCs w:val="20"/>
              </w:rPr>
              <w:t xml:space="preserve"> </w:t>
            </w:r>
            <w:proofErr w:type="spellStart"/>
            <w:r w:rsidRPr="00CA7988">
              <w:rPr>
                <w:sz w:val="20"/>
                <w:szCs w:val="20"/>
              </w:rPr>
              <w:t>dům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061AF9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500392859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>
                  <w:rPr>
                    <w:rFonts w:ascii="Segoe UI Symbol" w:hAnsi="Segoe UI Symbol"/>
                    <w:sz w:val="20"/>
                    <w:szCs w:val="20"/>
                  </w:rPr>
                  <w:t>⬡</w:t>
                </w:r>
              </w:sdtContent>
            </w:sdt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47A6D3E" w14:textId="6E4F73CC" w:rsidR="00524F64" w:rsidRDefault="00CA7988" w:rsidP="003260F1">
            <w:pPr>
              <w:rPr>
                <w:sz w:val="20"/>
                <w:szCs w:val="20"/>
              </w:rPr>
            </w:pPr>
            <w:proofErr w:type="spellStart"/>
            <w:r w:rsidRPr="00CA7988">
              <w:rPr>
                <w:sz w:val="20"/>
                <w:szCs w:val="20"/>
              </w:rPr>
              <w:t>Administrativní</w:t>
            </w:r>
            <w:proofErr w:type="spellEnd"/>
            <w:r w:rsidRPr="00CA7988">
              <w:rPr>
                <w:sz w:val="20"/>
                <w:szCs w:val="20"/>
              </w:rPr>
              <w:t xml:space="preserve"> </w:t>
            </w:r>
            <w:proofErr w:type="spellStart"/>
            <w:r w:rsidRPr="00CA7988">
              <w:rPr>
                <w:sz w:val="20"/>
                <w:szCs w:val="20"/>
              </w:rPr>
              <w:t>budova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061AF9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1166368963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>
                  <w:rPr>
                    <w:rFonts w:ascii="Segoe UI Symbol" w:hAnsi="Segoe UI Symbol"/>
                    <w:sz w:val="20"/>
                    <w:szCs w:val="20"/>
                  </w:rPr>
                  <w:t>⬡</w:t>
                </w:r>
              </w:sdtContent>
            </w:sdt>
          </w:p>
        </w:tc>
        <w:tc>
          <w:tcPr>
            <w:tcW w:w="1318" w:type="dxa"/>
            <w:shd w:val="clear" w:color="auto" w:fill="FFFFFF" w:themeFill="background1"/>
            <w:vAlign w:val="center"/>
          </w:tcPr>
          <w:p w14:paraId="37BD99EC" w14:textId="0F18AEEE" w:rsidR="00524F64" w:rsidRDefault="00CA7988" w:rsidP="003260F1">
            <w:pPr>
              <w:rPr>
                <w:sz w:val="20"/>
                <w:szCs w:val="20"/>
              </w:rPr>
            </w:pPr>
            <w:proofErr w:type="spellStart"/>
            <w:r w:rsidRPr="00CA7988">
              <w:rPr>
                <w:sz w:val="20"/>
                <w:szCs w:val="20"/>
              </w:rPr>
              <w:t>Jiné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061AF9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-68114450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>
                  <w:rPr>
                    <w:rFonts w:ascii="Segoe UI Symbol" w:hAnsi="Segoe UI Symbol"/>
                    <w:sz w:val="20"/>
                    <w:szCs w:val="20"/>
                  </w:rPr>
                  <w:t>⬡</w:t>
                </w:r>
              </w:sdtContent>
            </w:sdt>
          </w:p>
        </w:tc>
      </w:tr>
    </w:tbl>
    <w:p w14:paraId="59C61819" w14:textId="7DADDA8A" w:rsidR="00A2106F" w:rsidRDefault="00A2106F" w:rsidP="003260F1">
      <w:pPr>
        <w:tabs>
          <w:tab w:val="left" w:pos="3330"/>
        </w:tabs>
        <w:spacing w:after="0"/>
        <w:rPr>
          <w:sz w:val="20"/>
          <w:szCs w:val="20"/>
        </w:rPr>
      </w:pPr>
    </w:p>
    <w:p w14:paraId="3531467D" w14:textId="54F8F284" w:rsidR="00DB2A48" w:rsidRPr="003260F1" w:rsidRDefault="00061AF9" w:rsidP="009F2C65">
      <w:pPr>
        <w:spacing w:after="120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1" locked="0" layoutInCell="1" allowOverlap="1" wp14:anchorId="4B3060F0" wp14:editId="7A238B8A">
                <wp:simplePos x="0" y="0"/>
                <wp:positionH relativeFrom="column">
                  <wp:posOffset>-194046</wp:posOffset>
                </wp:positionH>
                <wp:positionV relativeFrom="paragraph">
                  <wp:posOffset>191770</wp:posOffset>
                </wp:positionV>
                <wp:extent cx="6001385" cy="2359863"/>
                <wp:effectExtent l="57150" t="19050" r="75565" b="97790"/>
                <wp:wrapNone/>
                <wp:docPr id="699586390" name="Obdĺžnik: zaoblené rohy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1385" cy="2359863"/>
                        </a:xfrm>
                        <a:prstGeom prst="roundRect">
                          <a:avLst>
                            <a:gd name="adj" fmla="val 6021"/>
                          </a:avLst>
                        </a:prstGeom>
                        <a:solidFill>
                          <a:srgbClr val="F4F3EC"/>
                        </a:solidFill>
                        <a:ln>
                          <a:solidFill>
                            <a:schemeClr val="bg2"/>
                          </a:solidFill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  <a:softEdge rad="12700"/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7E569E" id="Obdĺžnik: zaoblené rohy 23" o:spid="_x0000_s1026" style="position:absolute;margin-left:-15.3pt;margin-top:15.1pt;width:472.55pt;height:185.8pt;z-index:-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94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" fillcolor="#f4f3ec" strokecolor="#eeece1 [3214]">
                <v:shadow on="t" color="black" opacity="22937f" origin=",.5" offset="0,.63889mm"/>
              </v:roundrect>
            </w:pict>
          </mc:Fallback>
        </mc:AlternateContent>
      </w:r>
    </w:p>
    <w:tbl>
      <w:tblPr>
        <w:tblStyle w:val="Mriekatabuky"/>
        <w:tblpPr w:leftFromText="141" w:rightFromText="141" w:vertAnchor="text" w:horzAnchor="margin" w:tblpY="184"/>
        <w:tblW w:w="0" w:type="auto"/>
        <w:tblBorders>
          <w:top w:val="single" w:sz="4" w:space="0" w:color="F4F3EC"/>
          <w:left w:val="single" w:sz="4" w:space="0" w:color="F4F3EC"/>
          <w:bottom w:val="single" w:sz="4" w:space="0" w:color="F4F3EC"/>
          <w:right w:val="single" w:sz="4" w:space="0" w:color="F4F3EC"/>
          <w:insideH w:val="single" w:sz="4" w:space="0" w:color="F4F3EC"/>
          <w:insideV w:val="single" w:sz="4" w:space="0" w:color="F4F3EC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943"/>
        <w:gridCol w:w="1560"/>
        <w:gridCol w:w="4324"/>
      </w:tblGrid>
      <w:tr w:rsidR="003260F1" w:rsidRPr="003260F1" w14:paraId="32077207" w14:textId="77777777" w:rsidTr="0051064A">
        <w:trPr>
          <w:trHeight w:val="340"/>
        </w:trPr>
        <w:tc>
          <w:tcPr>
            <w:tcW w:w="8827" w:type="dxa"/>
            <w:gridSpan w:val="3"/>
            <w:shd w:val="clear" w:color="auto" w:fill="BCB68A"/>
            <w:vAlign w:val="center"/>
          </w:tcPr>
          <w:p w14:paraId="523ABA3C" w14:textId="5119428C" w:rsidR="003260F1" w:rsidRPr="003260F1" w:rsidRDefault="00412AFB" w:rsidP="0051064A">
            <w:pPr>
              <w:jc w:val="center"/>
              <w:rPr>
                <w:b/>
                <w:bCs/>
                <w:sz w:val="20"/>
                <w:szCs w:val="20"/>
              </w:rPr>
            </w:pPr>
            <w:r w:rsidRPr="00412AFB">
              <w:rPr>
                <w:rFonts w:eastAsia="Times New Roman" w:cs="Calibri"/>
                <w:b/>
                <w:bCs/>
                <w:color w:val="404040" w:themeColor="text1" w:themeTint="BF"/>
                <w:lang w:val="sk-SK" w:eastAsia="sk-SK"/>
              </w:rPr>
              <w:t>ZÁKLADNÍ INFORMACE O OBJEKTU</w:t>
            </w:r>
          </w:p>
        </w:tc>
      </w:tr>
      <w:tr w:rsidR="003260F1" w:rsidRPr="003260F1" w14:paraId="4195BA7E" w14:textId="77777777" w:rsidTr="0051064A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14:paraId="62AE5567" w14:textId="69672892" w:rsidR="003260F1" w:rsidRPr="00683F6D" w:rsidRDefault="003260F1" w:rsidP="0051064A">
            <w:pPr>
              <w:rPr>
                <w:b/>
                <w:bCs/>
                <w:color w:val="404040" w:themeColor="text1" w:themeTint="BF"/>
                <w:sz w:val="20"/>
                <w:szCs w:val="20"/>
              </w:rPr>
            </w:pPr>
            <w:proofErr w:type="spellStart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Název</w:t>
            </w:r>
            <w:proofErr w:type="spellEnd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 xml:space="preserve"> </w:t>
            </w:r>
            <w:proofErr w:type="spellStart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budovy</w:t>
            </w:r>
            <w:proofErr w:type="spellEnd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:</w:t>
            </w:r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ab/>
            </w:r>
          </w:p>
        </w:tc>
        <w:tc>
          <w:tcPr>
            <w:tcW w:w="5884" w:type="dxa"/>
            <w:gridSpan w:val="2"/>
            <w:shd w:val="clear" w:color="auto" w:fill="FFFFFF" w:themeFill="background1"/>
            <w:vAlign w:val="center"/>
          </w:tcPr>
          <w:p w14:paraId="550F289C" w14:textId="77777777" w:rsidR="003260F1" w:rsidRPr="003260F1" w:rsidRDefault="003260F1" w:rsidP="0051064A">
            <w:pPr>
              <w:rPr>
                <w:sz w:val="20"/>
                <w:szCs w:val="20"/>
              </w:rPr>
            </w:pPr>
          </w:p>
        </w:tc>
      </w:tr>
      <w:tr w:rsidR="0047143E" w:rsidRPr="003260F1" w14:paraId="62E4CE90" w14:textId="77777777" w:rsidTr="0051064A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14:paraId="1AAADDCC" w14:textId="1D72CE8E" w:rsidR="0047143E" w:rsidRPr="00683F6D" w:rsidRDefault="0047143E" w:rsidP="0051064A">
            <w:pPr>
              <w:rPr>
                <w:b/>
                <w:bCs/>
                <w:color w:val="404040" w:themeColor="text1" w:themeTint="BF"/>
                <w:sz w:val="20"/>
                <w:szCs w:val="20"/>
              </w:rPr>
            </w:pPr>
            <w:proofErr w:type="spellStart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Obec</w:t>
            </w:r>
            <w:proofErr w:type="spellEnd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 xml:space="preserve"> a </w:t>
            </w:r>
            <w:proofErr w:type="spellStart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okres</w:t>
            </w:r>
            <w:proofErr w:type="spellEnd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:</w:t>
            </w:r>
          </w:p>
        </w:tc>
        <w:tc>
          <w:tcPr>
            <w:tcW w:w="5884" w:type="dxa"/>
            <w:gridSpan w:val="2"/>
            <w:shd w:val="clear" w:color="auto" w:fill="FFFFFF" w:themeFill="background1"/>
            <w:vAlign w:val="center"/>
          </w:tcPr>
          <w:p w14:paraId="280BAC7C" w14:textId="77777777" w:rsidR="0047143E" w:rsidRPr="003260F1" w:rsidRDefault="0047143E" w:rsidP="0051064A">
            <w:pPr>
              <w:rPr>
                <w:sz w:val="20"/>
                <w:szCs w:val="20"/>
              </w:rPr>
            </w:pPr>
          </w:p>
        </w:tc>
      </w:tr>
      <w:tr w:rsidR="003260F1" w:rsidRPr="003260F1" w14:paraId="3323DA77" w14:textId="77777777" w:rsidTr="0051064A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14:paraId="28205B1A" w14:textId="6D8C8357" w:rsidR="003260F1" w:rsidRPr="00683F6D" w:rsidRDefault="003260F1" w:rsidP="0051064A">
            <w:pPr>
              <w:rPr>
                <w:b/>
                <w:bCs/>
                <w:color w:val="404040" w:themeColor="text1" w:themeTint="BF"/>
                <w:sz w:val="20"/>
                <w:szCs w:val="20"/>
              </w:rPr>
            </w:pPr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Ulice</w:t>
            </w:r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 xml:space="preserve"> a </w:t>
            </w:r>
            <w:proofErr w:type="spellStart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číslo</w:t>
            </w:r>
            <w:proofErr w:type="spellEnd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:</w:t>
            </w:r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ab/>
            </w:r>
          </w:p>
        </w:tc>
        <w:tc>
          <w:tcPr>
            <w:tcW w:w="5884" w:type="dxa"/>
            <w:gridSpan w:val="2"/>
            <w:shd w:val="clear" w:color="auto" w:fill="FFFFFF" w:themeFill="background1"/>
            <w:vAlign w:val="center"/>
          </w:tcPr>
          <w:p w14:paraId="7C53BA6D" w14:textId="77777777" w:rsidR="003260F1" w:rsidRPr="003260F1" w:rsidRDefault="003260F1" w:rsidP="0051064A">
            <w:pPr>
              <w:rPr>
                <w:sz w:val="20"/>
                <w:szCs w:val="20"/>
              </w:rPr>
            </w:pPr>
          </w:p>
        </w:tc>
      </w:tr>
      <w:tr w:rsidR="003260F1" w:rsidRPr="003260F1" w14:paraId="30269068" w14:textId="77777777" w:rsidTr="0051064A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14:paraId="0180CC3E" w14:textId="1A9841C6" w:rsidR="003260F1" w:rsidRPr="00683F6D" w:rsidRDefault="003260F1" w:rsidP="0051064A">
            <w:pPr>
              <w:rPr>
                <w:b/>
                <w:bCs/>
                <w:color w:val="404040" w:themeColor="text1" w:themeTint="BF"/>
                <w:sz w:val="20"/>
                <w:szCs w:val="20"/>
              </w:rPr>
            </w:pPr>
            <w:proofErr w:type="spellStart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Katastrální</w:t>
            </w:r>
            <w:proofErr w:type="spellEnd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 xml:space="preserve"> </w:t>
            </w:r>
            <w:proofErr w:type="spellStart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území</w:t>
            </w:r>
            <w:proofErr w:type="spellEnd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 xml:space="preserve"> </w:t>
            </w:r>
            <w:r w:rsidR="00DA03FF"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 xml:space="preserve">a </w:t>
            </w:r>
            <w:proofErr w:type="spellStart"/>
            <w:r w:rsidR="00DA03FF"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jeho</w:t>
            </w:r>
            <w:proofErr w:type="spellEnd"/>
            <w:r w:rsidR="00DA03FF"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 xml:space="preserve"> </w:t>
            </w:r>
            <w:proofErr w:type="spellStart"/>
            <w:r w:rsidR="00DA03FF"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k</w:t>
            </w:r>
            <w:r w:rsidR="00061AF9"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ód</w:t>
            </w:r>
            <w:proofErr w:type="spellEnd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:</w:t>
            </w:r>
          </w:p>
        </w:tc>
        <w:tc>
          <w:tcPr>
            <w:tcW w:w="5884" w:type="dxa"/>
            <w:gridSpan w:val="2"/>
            <w:shd w:val="clear" w:color="auto" w:fill="FFFFFF" w:themeFill="background1"/>
            <w:vAlign w:val="center"/>
          </w:tcPr>
          <w:p w14:paraId="4528252A" w14:textId="77777777" w:rsidR="003260F1" w:rsidRPr="003260F1" w:rsidRDefault="003260F1" w:rsidP="0051064A">
            <w:pPr>
              <w:rPr>
                <w:sz w:val="20"/>
                <w:szCs w:val="20"/>
              </w:rPr>
            </w:pPr>
          </w:p>
        </w:tc>
      </w:tr>
      <w:tr w:rsidR="003260F1" w:rsidRPr="003260F1" w14:paraId="3C3A2BF3" w14:textId="77777777" w:rsidTr="0051064A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14:paraId="527EA40C" w14:textId="093E1ED1" w:rsidR="003260F1" w:rsidRPr="00683F6D" w:rsidRDefault="003260F1" w:rsidP="0051064A">
            <w:pPr>
              <w:rPr>
                <w:b/>
                <w:bCs/>
                <w:color w:val="404040" w:themeColor="text1" w:themeTint="BF"/>
                <w:sz w:val="20"/>
                <w:szCs w:val="20"/>
              </w:rPr>
            </w:pPr>
            <w:r w:rsidRPr="00683F6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Parcelní číslo:</w:t>
            </w:r>
          </w:p>
        </w:tc>
        <w:tc>
          <w:tcPr>
            <w:tcW w:w="5884" w:type="dxa"/>
            <w:gridSpan w:val="2"/>
            <w:shd w:val="clear" w:color="auto" w:fill="FFFFFF" w:themeFill="background1"/>
            <w:vAlign w:val="center"/>
          </w:tcPr>
          <w:p w14:paraId="5F683806" w14:textId="77777777" w:rsidR="003260F1" w:rsidRPr="003260F1" w:rsidRDefault="003260F1" w:rsidP="0051064A">
            <w:pPr>
              <w:rPr>
                <w:sz w:val="20"/>
                <w:szCs w:val="20"/>
              </w:rPr>
            </w:pPr>
          </w:p>
        </w:tc>
      </w:tr>
      <w:tr w:rsidR="003260F1" w:rsidRPr="003260F1" w14:paraId="5B7DF1A2" w14:textId="77777777" w:rsidTr="0051064A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14:paraId="1EB4E717" w14:textId="077CEE4A" w:rsidR="003260F1" w:rsidRPr="00683F6D" w:rsidRDefault="003260F1" w:rsidP="0051064A">
            <w:pPr>
              <w:rPr>
                <w:b/>
                <w:bCs/>
                <w:color w:val="404040" w:themeColor="text1" w:themeTint="BF"/>
                <w:sz w:val="20"/>
                <w:szCs w:val="20"/>
              </w:rPr>
            </w:pPr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 xml:space="preserve">Rok </w:t>
            </w:r>
            <w:proofErr w:type="spellStart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vydání</w:t>
            </w:r>
            <w:proofErr w:type="spellEnd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 xml:space="preserve"> </w:t>
            </w:r>
            <w:proofErr w:type="spellStart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stavebního</w:t>
            </w:r>
            <w:proofErr w:type="spellEnd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 xml:space="preserve"> </w:t>
            </w:r>
            <w:proofErr w:type="spellStart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povolení</w:t>
            </w:r>
            <w:proofErr w:type="spellEnd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:</w:t>
            </w:r>
          </w:p>
        </w:tc>
        <w:tc>
          <w:tcPr>
            <w:tcW w:w="5884" w:type="dxa"/>
            <w:gridSpan w:val="2"/>
            <w:shd w:val="clear" w:color="auto" w:fill="FFFFFF" w:themeFill="background1"/>
            <w:vAlign w:val="center"/>
          </w:tcPr>
          <w:p w14:paraId="1D1220B8" w14:textId="77777777" w:rsidR="003260F1" w:rsidRPr="003260F1" w:rsidRDefault="003260F1" w:rsidP="0051064A">
            <w:pPr>
              <w:rPr>
                <w:sz w:val="20"/>
                <w:szCs w:val="20"/>
              </w:rPr>
            </w:pPr>
          </w:p>
        </w:tc>
      </w:tr>
      <w:tr w:rsidR="003260F1" w:rsidRPr="003260F1" w14:paraId="1B2C19D2" w14:textId="77777777" w:rsidTr="0051064A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14:paraId="09ABB5F0" w14:textId="76A95214" w:rsidR="003260F1" w:rsidRPr="00683F6D" w:rsidRDefault="003260F1" w:rsidP="0051064A">
            <w:pPr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</w:pPr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 xml:space="preserve">Rok </w:t>
            </w:r>
            <w:proofErr w:type="spellStart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první</w:t>
            </w:r>
            <w:proofErr w:type="spellEnd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 xml:space="preserve"> </w:t>
            </w:r>
            <w:proofErr w:type="spellStart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kolaudace</w:t>
            </w:r>
            <w:proofErr w:type="spellEnd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:</w:t>
            </w:r>
          </w:p>
        </w:tc>
        <w:tc>
          <w:tcPr>
            <w:tcW w:w="5884" w:type="dxa"/>
            <w:gridSpan w:val="2"/>
            <w:shd w:val="clear" w:color="auto" w:fill="FFFFFF" w:themeFill="background1"/>
            <w:vAlign w:val="center"/>
          </w:tcPr>
          <w:p w14:paraId="1B6F62C0" w14:textId="77777777" w:rsidR="003260F1" w:rsidRPr="003260F1" w:rsidRDefault="003260F1" w:rsidP="0051064A">
            <w:pPr>
              <w:rPr>
                <w:sz w:val="20"/>
                <w:szCs w:val="20"/>
              </w:rPr>
            </w:pPr>
          </w:p>
        </w:tc>
      </w:tr>
      <w:tr w:rsidR="0047143E" w:rsidRPr="003260F1" w14:paraId="5387C3BD" w14:textId="77777777" w:rsidTr="0051064A">
        <w:trPr>
          <w:trHeight w:val="340"/>
        </w:trPr>
        <w:tc>
          <w:tcPr>
            <w:tcW w:w="2943" w:type="dxa"/>
            <w:shd w:val="clear" w:color="auto" w:fill="FFFFFF" w:themeFill="background1"/>
            <w:vAlign w:val="center"/>
          </w:tcPr>
          <w:p w14:paraId="54813C84" w14:textId="3B45B9A6" w:rsidR="0047143E" w:rsidRPr="00683F6D" w:rsidRDefault="0047143E" w:rsidP="0051064A">
            <w:pPr>
              <w:rPr>
                <w:b/>
                <w:bCs/>
                <w:color w:val="404040" w:themeColor="text1" w:themeTint="BF"/>
                <w:sz w:val="20"/>
                <w:szCs w:val="20"/>
              </w:rPr>
            </w:pPr>
            <w:proofErr w:type="spellStart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Počet</w:t>
            </w:r>
            <w:proofErr w:type="spellEnd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 xml:space="preserve"> </w:t>
            </w:r>
            <w:proofErr w:type="spellStart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podlaží</w:t>
            </w:r>
            <w:proofErr w:type="spellEnd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 xml:space="preserve"> </w:t>
            </w:r>
            <w:proofErr w:type="spellStart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včetně</w:t>
            </w:r>
            <w:proofErr w:type="spellEnd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 xml:space="preserve"> </w:t>
            </w:r>
            <w:proofErr w:type="spellStart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suterénu</w:t>
            </w:r>
            <w:proofErr w:type="spellEnd"/>
            <w:r w:rsidRPr="00683F6D">
              <w:rPr>
                <w:b/>
                <w:bCs/>
                <w:color w:val="404040" w:themeColor="text1" w:themeTint="BF"/>
                <w:sz w:val="20"/>
                <w:szCs w:val="20"/>
              </w:rPr>
              <w:t>: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4D6EB84" w14:textId="77777777" w:rsidR="0047143E" w:rsidRPr="003260F1" w:rsidRDefault="0047143E" w:rsidP="0051064A">
            <w:pPr>
              <w:rPr>
                <w:sz w:val="20"/>
                <w:szCs w:val="20"/>
              </w:rPr>
            </w:pPr>
          </w:p>
        </w:tc>
        <w:tc>
          <w:tcPr>
            <w:tcW w:w="4324" w:type="dxa"/>
            <w:shd w:val="clear" w:color="auto" w:fill="FFFFFF" w:themeFill="background1"/>
            <w:vAlign w:val="center"/>
          </w:tcPr>
          <w:p w14:paraId="7CFB6612" w14:textId="067907C3" w:rsidR="0047143E" w:rsidRPr="003260F1" w:rsidRDefault="003C068E" w:rsidP="0051064A">
            <w:pPr>
              <w:rPr>
                <w:sz w:val="20"/>
                <w:szCs w:val="20"/>
              </w:rPr>
            </w:pPr>
            <w:r w:rsidRPr="00683F6D">
              <w:rPr>
                <w:rStyle w:val="ZkladntextChar"/>
                <w:b/>
                <w:bCs/>
                <w:color w:val="404040" w:themeColor="text1" w:themeTint="BF"/>
                <w:sz w:val="20"/>
                <w:szCs w:val="20"/>
              </w:rPr>
              <w:t xml:space="preserve">Je </w:t>
            </w:r>
            <w:proofErr w:type="spellStart"/>
            <w:r w:rsidRPr="00683F6D">
              <w:rPr>
                <w:rStyle w:val="ZkladntextChar"/>
                <w:b/>
                <w:bCs/>
                <w:color w:val="404040" w:themeColor="text1" w:themeTint="BF"/>
                <w:sz w:val="20"/>
                <w:szCs w:val="20"/>
              </w:rPr>
              <w:t>suterén</w:t>
            </w:r>
            <w:proofErr w:type="spellEnd"/>
            <w:r w:rsidRPr="00683F6D">
              <w:rPr>
                <w:rStyle w:val="ZkladntextChar"/>
                <w:b/>
                <w:bCs/>
                <w:color w:val="404040" w:themeColor="text1" w:themeTint="BF"/>
                <w:sz w:val="20"/>
                <w:szCs w:val="20"/>
              </w:rPr>
              <w:t xml:space="preserve"> </w:t>
            </w:r>
            <w:proofErr w:type="spellStart"/>
            <w:r w:rsidRPr="00683F6D">
              <w:rPr>
                <w:rStyle w:val="ZkladntextChar"/>
                <w:b/>
                <w:bCs/>
                <w:color w:val="404040" w:themeColor="text1" w:themeTint="BF"/>
                <w:sz w:val="20"/>
                <w:szCs w:val="20"/>
              </w:rPr>
              <w:t>vytápený</w:t>
            </w:r>
            <w:proofErr w:type="spellEnd"/>
            <w:r w:rsidRPr="00683F6D">
              <w:rPr>
                <w:rStyle w:val="ZkladntextChar"/>
                <w:b/>
                <w:bCs/>
                <w:color w:val="404040" w:themeColor="text1" w:themeTint="BF"/>
                <w:sz w:val="20"/>
                <w:szCs w:val="20"/>
              </w:rPr>
              <w:t>?</w:t>
            </w:r>
            <w:r w:rsidRPr="00683F6D">
              <w:rPr>
                <w:rStyle w:val="ZkladntextChar"/>
                <w:color w:val="404040" w:themeColor="text1" w:themeTint="BF"/>
                <w:sz w:val="20"/>
                <w:szCs w:val="20"/>
              </w:rPr>
              <w:t xml:space="preserve"> </w:t>
            </w:r>
            <w:r w:rsidR="00524F64">
              <w:rPr>
                <w:rStyle w:val="ZkladntextChar"/>
                <w:color w:val="404040" w:themeColor="text1" w:themeTint="BF"/>
                <w:sz w:val="20"/>
                <w:szCs w:val="20"/>
              </w:rPr>
              <w:t xml:space="preserve">    Ano </w:t>
            </w:r>
            <w:r w:rsidR="00524F64" w:rsidRPr="00B637F8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-736934106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="00524F64" w:rsidRPr="00B637F8">
                  <w:rPr>
                    <w:rFonts w:ascii="Segoe UI Symbol" w:hAnsi="Segoe UI Symbol" w:cs="Segoe UI Symbol"/>
                    <w:sz w:val="20"/>
                    <w:szCs w:val="20"/>
                  </w:rPr>
                  <w:t>⬡</w:t>
                </w:r>
              </w:sdtContent>
            </w:sdt>
            <w:r w:rsidR="00524F64" w:rsidRPr="00B637F8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="00524F64">
              <w:rPr>
                <w:rFonts w:asciiTheme="majorHAnsi" w:hAnsiTheme="majorHAnsi" w:cstheme="majorHAnsi"/>
                <w:sz w:val="20"/>
                <w:szCs w:val="20"/>
              </w:rPr>
              <w:t xml:space="preserve">         Ne </w:t>
            </w:r>
            <w:r w:rsidR="00524F64" w:rsidRPr="00B637F8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-916718305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="00524F64" w:rsidRPr="00B637F8">
                  <w:rPr>
                    <w:rFonts w:ascii="Segoe UI Symbol" w:hAnsi="Segoe UI Symbol" w:cs="Segoe UI Symbol"/>
                    <w:sz w:val="20"/>
                    <w:szCs w:val="20"/>
                  </w:rPr>
                  <w:t>⬡</w:t>
                </w:r>
              </w:sdtContent>
            </w:sdt>
            <w:r w:rsidR="00524F64" w:rsidRPr="00B637F8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</w:p>
        </w:tc>
      </w:tr>
    </w:tbl>
    <w:p w14:paraId="72DB76BC" w14:textId="77777777" w:rsidR="003260F1" w:rsidRPr="003260F1" w:rsidRDefault="003260F1" w:rsidP="003260F1">
      <w:pPr>
        <w:tabs>
          <w:tab w:val="left" w:pos="3330"/>
        </w:tabs>
        <w:spacing w:after="0"/>
        <w:rPr>
          <w:sz w:val="20"/>
          <w:szCs w:val="20"/>
        </w:rPr>
      </w:pPr>
      <w:r w:rsidRPr="003260F1">
        <w:rPr>
          <w:sz w:val="20"/>
          <w:szCs w:val="20"/>
        </w:rPr>
        <w:tab/>
      </w:r>
    </w:p>
    <w:p w14:paraId="7FC9D006" w14:textId="77777777" w:rsidR="003260F1" w:rsidRDefault="003260F1" w:rsidP="003260F1">
      <w:pPr>
        <w:spacing w:after="0"/>
        <w:ind w:firstLine="720"/>
        <w:rPr>
          <w:sz w:val="20"/>
          <w:szCs w:val="20"/>
        </w:rPr>
      </w:pPr>
    </w:p>
    <w:p w14:paraId="0037030C" w14:textId="77777777" w:rsidR="003260F1" w:rsidRDefault="003260F1" w:rsidP="003260F1">
      <w:pPr>
        <w:spacing w:after="0"/>
        <w:ind w:firstLine="720"/>
        <w:rPr>
          <w:sz w:val="20"/>
          <w:szCs w:val="20"/>
        </w:rPr>
      </w:pPr>
    </w:p>
    <w:p w14:paraId="1AAAED51" w14:textId="77777777" w:rsidR="003260F1" w:rsidRDefault="003260F1" w:rsidP="003260F1">
      <w:pPr>
        <w:spacing w:after="0"/>
        <w:ind w:firstLine="720"/>
        <w:rPr>
          <w:sz w:val="20"/>
          <w:szCs w:val="20"/>
        </w:rPr>
      </w:pPr>
    </w:p>
    <w:p w14:paraId="3191919D" w14:textId="77777777" w:rsidR="00DA03FF" w:rsidRPr="003260F1" w:rsidRDefault="00DA03FF" w:rsidP="00DA03FF">
      <w:pPr>
        <w:tabs>
          <w:tab w:val="left" w:pos="3443"/>
        </w:tabs>
        <w:spacing w:after="0"/>
        <w:ind w:left="-567" w:right="-432" w:firstLine="720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1" locked="0" layoutInCell="1" allowOverlap="1" wp14:anchorId="335BBAE5" wp14:editId="484E5FC9">
                <wp:simplePos x="0" y="0"/>
                <wp:positionH relativeFrom="column">
                  <wp:posOffset>-203464</wp:posOffset>
                </wp:positionH>
                <wp:positionV relativeFrom="paragraph">
                  <wp:posOffset>106045</wp:posOffset>
                </wp:positionV>
                <wp:extent cx="6001385" cy="2863139"/>
                <wp:effectExtent l="57150" t="19050" r="75565" b="90170"/>
                <wp:wrapNone/>
                <wp:docPr id="2120345129" name="Obdĺžnik: zaoblené rohy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1385" cy="2863139"/>
                        </a:xfrm>
                        <a:prstGeom prst="roundRect">
                          <a:avLst>
                            <a:gd name="adj" fmla="val 6021"/>
                          </a:avLst>
                        </a:prstGeom>
                        <a:solidFill>
                          <a:srgbClr val="F4F3EC"/>
                        </a:solidFill>
                        <a:ln>
                          <a:solidFill>
                            <a:schemeClr val="bg2"/>
                          </a:solidFill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  <a:softEdge rad="12700"/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D3E03A" id="Obdĺžnik: zaoblené rohy 23" o:spid="_x0000_s1026" style="position:absolute;margin-left:-16pt;margin-top:8.35pt;width:472.55pt;height:225.45pt;z-index:-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94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" fillcolor="#f4f3ec" strokecolor="#eeece1 [3214]">
                <v:shadow on="t" color="black" opacity="22937f" origin=",.5" offset="0,.63889mm"/>
              </v:roundrect>
            </w:pict>
          </mc:Fallback>
        </mc:AlternateContent>
      </w:r>
    </w:p>
    <w:tbl>
      <w:tblPr>
        <w:tblStyle w:val="Mriekatabuky"/>
        <w:tblpPr w:leftFromText="141" w:rightFromText="141" w:vertAnchor="text" w:horzAnchor="margin" w:tblpY="184"/>
        <w:tblW w:w="0" w:type="auto"/>
        <w:tblBorders>
          <w:top w:val="single" w:sz="4" w:space="0" w:color="F4F3EC"/>
          <w:left w:val="single" w:sz="4" w:space="0" w:color="F4F3EC"/>
          <w:bottom w:val="single" w:sz="4" w:space="0" w:color="F4F3EC"/>
          <w:right w:val="single" w:sz="4" w:space="0" w:color="F4F3EC"/>
          <w:insideH w:val="single" w:sz="4" w:space="0" w:color="F4F3EC"/>
          <w:insideV w:val="single" w:sz="4" w:space="0" w:color="F4F3EC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943"/>
        <w:gridCol w:w="5884"/>
      </w:tblGrid>
      <w:tr w:rsidR="00DA03FF" w:rsidRPr="003260F1" w14:paraId="6BA4AE18" w14:textId="77777777" w:rsidTr="00664DAD">
        <w:trPr>
          <w:trHeight w:val="340"/>
        </w:trPr>
        <w:tc>
          <w:tcPr>
            <w:tcW w:w="8827" w:type="dxa"/>
            <w:gridSpan w:val="2"/>
            <w:shd w:val="clear" w:color="auto" w:fill="BCB68A"/>
            <w:vAlign w:val="center"/>
          </w:tcPr>
          <w:p w14:paraId="388BF0E1" w14:textId="511B10FE" w:rsidR="00DA03FF" w:rsidRPr="00C31CE5" w:rsidRDefault="00C31CE5" w:rsidP="00664DAD">
            <w:pPr>
              <w:jc w:val="center"/>
              <w:rPr>
                <w:b/>
                <w:bCs/>
                <w:sz w:val="20"/>
                <w:szCs w:val="20"/>
              </w:rPr>
            </w:pPr>
            <w:r w:rsidRPr="00C31CE5">
              <w:rPr>
                <w:rFonts w:eastAsia="Times New Roman" w:cs="Calibri"/>
                <w:b/>
                <w:bCs/>
                <w:color w:val="404040" w:themeColor="text1" w:themeTint="BF"/>
                <w:lang w:val="sk-SK" w:eastAsia="sk-SK"/>
              </w:rPr>
              <w:t>SKLADBA OBALOVÉ KONSTRUKCE</w:t>
            </w:r>
          </w:p>
        </w:tc>
      </w:tr>
      <w:tr w:rsidR="000C793C" w:rsidRPr="003260F1" w14:paraId="4B20EE83" w14:textId="77777777" w:rsidTr="00664DAD">
        <w:trPr>
          <w:trHeight w:val="340"/>
        </w:trPr>
        <w:tc>
          <w:tcPr>
            <w:tcW w:w="2943" w:type="dxa"/>
            <w:vMerge w:val="restart"/>
            <w:shd w:val="clear" w:color="auto" w:fill="F9F8F5"/>
            <w:vAlign w:val="center"/>
          </w:tcPr>
          <w:p w14:paraId="27B7BE10" w14:textId="0CFFA794" w:rsidR="000C793C" w:rsidRPr="00683F6D" w:rsidRDefault="000C793C" w:rsidP="00664DAD">
            <w:pPr>
              <w:rPr>
                <w:b/>
                <w:bCs/>
                <w:color w:val="404040" w:themeColor="text1" w:themeTint="BF"/>
                <w:sz w:val="20"/>
                <w:szCs w:val="20"/>
              </w:rPr>
            </w:pPr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 xml:space="preserve">Materiál obvodových </w:t>
            </w:r>
            <w:proofErr w:type="spellStart"/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stěn</w:t>
            </w:r>
            <w:proofErr w:type="spellEnd"/>
            <w:r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:</w:t>
            </w:r>
          </w:p>
        </w:tc>
        <w:tc>
          <w:tcPr>
            <w:tcW w:w="5884" w:type="dxa"/>
            <w:shd w:val="clear" w:color="auto" w:fill="FFFFFF" w:themeFill="background1"/>
            <w:vAlign w:val="center"/>
          </w:tcPr>
          <w:p w14:paraId="4F0342A7" w14:textId="77777777" w:rsidR="000C793C" w:rsidRPr="003260F1" w:rsidRDefault="000C793C" w:rsidP="00664DAD">
            <w:pPr>
              <w:rPr>
                <w:sz w:val="20"/>
                <w:szCs w:val="20"/>
              </w:rPr>
            </w:pPr>
          </w:p>
        </w:tc>
      </w:tr>
      <w:tr w:rsidR="000C793C" w:rsidRPr="003260F1" w14:paraId="4BE4B398" w14:textId="77777777" w:rsidTr="00664DAD">
        <w:trPr>
          <w:trHeight w:val="227"/>
        </w:trPr>
        <w:tc>
          <w:tcPr>
            <w:tcW w:w="2943" w:type="dxa"/>
            <w:vMerge/>
            <w:shd w:val="clear" w:color="auto" w:fill="F9F8F5"/>
            <w:vAlign w:val="center"/>
          </w:tcPr>
          <w:p w14:paraId="793C126E" w14:textId="77777777" w:rsidR="000C793C" w:rsidRPr="00664DAD" w:rsidRDefault="000C793C" w:rsidP="00664DAD">
            <w:pPr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</w:pPr>
          </w:p>
        </w:tc>
        <w:tc>
          <w:tcPr>
            <w:tcW w:w="5884" w:type="dxa"/>
            <w:shd w:val="clear" w:color="auto" w:fill="F9F8F5"/>
            <w:vAlign w:val="center"/>
          </w:tcPr>
          <w:p w14:paraId="109C0125" w14:textId="0457DF45" w:rsidR="000C793C" w:rsidRPr="003260F1" w:rsidRDefault="000C793C" w:rsidP="00664DAD">
            <w:pPr>
              <w:rPr>
                <w:sz w:val="20"/>
                <w:szCs w:val="20"/>
              </w:rPr>
            </w:pP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např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. </w:t>
            </w: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cihla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 45 cm / </w:t>
            </w: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Porotherm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 30 cm</w:t>
            </w:r>
          </w:p>
        </w:tc>
      </w:tr>
      <w:tr w:rsidR="000C793C" w:rsidRPr="003260F1" w14:paraId="1A44B648" w14:textId="77777777" w:rsidTr="00664DAD">
        <w:trPr>
          <w:trHeight w:val="340"/>
        </w:trPr>
        <w:tc>
          <w:tcPr>
            <w:tcW w:w="2943" w:type="dxa"/>
            <w:vMerge w:val="restart"/>
            <w:shd w:val="clear" w:color="auto" w:fill="F9F8F5"/>
            <w:vAlign w:val="center"/>
          </w:tcPr>
          <w:p w14:paraId="496AFC5E" w14:textId="63BAB6B2" w:rsidR="000C793C" w:rsidRPr="00683F6D" w:rsidRDefault="000C793C" w:rsidP="00664DAD">
            <w:pPr>
              <w:rPr>
                <w:b/>
                <w:bCs/>
                <w:color w:val="404040" w:themeColor="text1" w:themeTint="BF"/>
                <w:sz w:val="20"/>
                <w:szCs w:val="20"/>
              </w:rPr>
            </w:pPr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Zateplení fasády (</w:t>
            </w:r>
            <w:proofErr w:type="spellStart"/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tloušťka</w:t>
            </w:r>
            <w:proofErr w:type="spellEnd"/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, materiál)</w:t>
            </w:r>
            <w:r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:</w:t>
            </w:r>
          </w:p>
        </w:tc>
        <w:tc>
          <w:tcPr>
            <w:tcW w:w="5884" w:type="dxa"/>
            <w:shd w:val="clear" w:color="auto" w:fill="FFFFFF" w:themeFill="background1"/>
            <w:vAlign w:val="center"/>
          </w:tcPr>
          <w:p w14:paraId="286087C1" w14:textId="77777777" w:rsidR="000C793C" w:rsidRPr="003260F1" w:rsidRDefault="000C793C" w:rsidP="00664DAD">
            <w:pPr>
              <w:rPr>
                <w:sz w:val="20"/>
                <w:szCs w:val="20"/>
              </w:rPr>
            </w:pPr>
          </w:p>
        </w:tc>
      </w:tr>
      <w:tr w:rsidR="000C793C" w:rsidRPr="003260F1" w14:paraId="3E492D31" w14:textId="77777777" w:rsidTr="00664DAD">
        <w:trPr>
          <w:trHeight w:val="227"/>
        </w:trPr>
        <w:tc>
          <w:tcPr>
            <w:tcW w:w="2943" w:type="dxa"/>
            <w:vMerge/>
            <w:shd w:val="clear" w:color="auto" w:fill="F9F8F5"/>
            <w:vAlign w:val="center"/>
          </w:tcPr>
          <w:p w14:paraId="610746FA" w14:textId="77777777" w:rsidR="000C793C" w:rsidRPr="00664DAD" w:rsidRDefault="000C793C" w:rsidP="00664DAD">
            <w:pPr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</w:pPr>
          </w:p>
        </w:tc>
        <w:tc>
          <w:tcPr>
            <w:tcW w:w="5884" w:type="dxa"/>
            <w:shd w:val="clear" w:color="auto" w:fill="F9F8F5"/>
            <w:vAlign w:val="center"/>
          </w:tcPr>
          <w:p w14:paraId="6F3ACFF7" w14:textId="60571B95" w:rsidR="000C793C" w:rsidRPr="00664DAD" w:rsidRDefault="000C793C" w:rsidP="00664DAD">
            <w:pPr>
              <w:rPr>
                <w:color w:val="A6A6A6" w:themeColor="background1" w:themeShade="A6"/>
                <w:sz w:val="18"/>
                <w:szCs w:val="18"/>
              </w:rPr>
            </w:pP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např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>. 14 cm EPS</w:t>
            </w:r>
          </w:p>
        </w:tc>
      </w:tr>
      <w:tr w:rsidR="000C793C" w:rsidRPr="003260F1" w14:paraId="2FC0682F" w14:textId="77777777" w:rsidTr="00664DAD">
        <w:trPr>
          <w:trHeight w:val="340"/>
        </w:trPr>
        <w:tc>
          <w:tcPr>
            <w:tcW w:w="2943" w:type="dxa"/>
            <w:vMerge w:val="restart"/>
            <w:shd w:val="clear" w:color="auto" w:fill="F9F8F5"/>
            <w:vAlign w:val="center"/>
          </w:tcPr>
          <w:p w14:paraId="5911A05A" w14:textId="63EFD891" w:rsidR="000C793C" w:rsidRPr="00683F6D" w:rsidRDefault="000C793C" w:rsidP="00664DAD">
            <w:pPr>
              <w:rPr>
                <w:b/>
                <w:bCs/>
                <w:color w:val="404040" w:themeColor="text1" w:themeTint="BF"/>
                <w:sz w:val="20"/>
                <w:szCs w:val="20"/>
              </w:rPr>
            </w:pPr>
            <w:proofErr w:type="spellStart"/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Konstrukce</w:t>
            </w:r>
            <w:proofErr w:type="spellEnd"/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 xml:space="preserve"> stropu</w:t>
            </w:r>
            <w:r w:rsidR="00412AFB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 xml:space="preserve"> a </w:t>
            </w:r>
            <w:proofErr w:type="spellStart"/>
            <w:r w:rsidR="00412AFB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tloušťka</w:t>
            </w:r>
            <w:proofErr w:type="spellEnd"/>
            <w:r w:rsidR="00412AFB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 xml:space="preserve"> </w:t>
            </w:r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:</w:t>
            </w:r>
          </w:p>
        </w:tc>
        <w:tc>
          <w:tcPr>
            <w:tcW w:w="5884" w:type="dxa"/>
            <w:shd w:val="clear" w:color="auto" w:fill="FFFFFF" w:themeFill="background1"/>
            <w:vAlign w:val="center"/>
          </w:tcPr>
          <w:p w14:paraId="14417F61" w14:textId="77777777" w:rsidR="000C793C" w:rsidRPr="00664DAD" w:rsidRDefault="000C793C" w:rsidP="00664DAD">
            <w:pPr>
              <w:rPr>
                <w:color w:val="A6A6A6" w:themeColor="background1" w:themeShade="A6"/>
                <w:sz w:val="18"/>
                <w:szCs w:val="18"/>
              </w:rPr>
            </w:pPr>
          </w:p>
        </w:tc>
      </w:tr>
      <w:tr w:rsidR="000C793C" w:rsidRPr="003260F1" w14:paraId="13A311BF" w14:textId="77777777" w:rsidTr="00664DAD">
        <w:trPr>
          <w:trHeight w:val="227"/>
        </w:trPr>
        <w:tc>
          <w:tcPr>
            <w:tcW w:w="2943" w:type="dxa"/>
            <w:vMerge/>
            <w:shd w:val="clear" w:color="auto" w:fill="F9F8F5"/>
            <w:vAlign w:val="center"/>
          </w:tcPr>
          <w:p w14:paraId="7D08B5CC" w14:textId="77777777" w:rsidR="000C793C" w:rsidRPr="00664DAD" w:rsidRDefault="000C793C" w:rsidP="00664DAD">
            <w:pPr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</w:pPr>
          </w:p>
        </w:tc>
        <w:tc>
          <w:tcPr>
            <w:tcW w:w="5884" w:type="dxa"/>
            <w:shd w:val="clear" w:color="auto" w:fill="F9F8F5"/>
            <w:vAlign w:val="center"/>
          </w:tcPr>
          <w:p w14:paraId="52334320" w14:textId="1F814A8A" w:rsidR="000C793C" w:rsidRPr="00664DAD" w:rsidRDefault="000C793C" w:rsidP="00664DAD">
            <w:pPr>
              <w:rPr>
                <w:color w:val="A6A6A6" w:themeColor="background1" w:themeShade="A6"/>
                <w:sz w:val="18"/>
                <w:szCs w:val="18"/>
              </w:rPr>
            </w:pP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např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>.</w:t>
            </w:r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r w:rsidRPr="00664DAD">
              <w:rPr>
                <w:color w:val="A6A6A6" w:themeColor="background1" w:themeShade="A6"/>
                <w:sz w:val="18"/>
                <w:szCs w:val="18"/>
              </w:rPr>
              <w:t>SDK/</w:t>
            </w:r>
            <w:r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dřevěný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obklad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 /</w:t>
            </w:r>
            <w:r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železobeton</w:t>
            </w:r>
            <w:proofErr w:type="spellEnd"/>
            <w:r w:rsidR="00412AFB">
              <w:rPr>
                <w:color w:val="A6A6A6" w:themeColor="background1" w:themeShade="A6"/>
                <w:sz w:val="18"/>
                <w:szCs w:val="18"/>
              </w:rPr>
              <w:t xml:space="preserve"> 20 cm</w:t>
            </w:r>
            <w:r w:rsidRPr="00664DAD">
              <w:rPr>
                <w:color w:val="A6A6A6" w:themeColor="background1" w:themeShade="A6"/>
                <w:sz w:val="18"/>
                <w:szCs w:val="18"/>
              </w:rPr>
              <w:t>/</w:t>
            </w:r>
            <w:r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keramika</w:t>
            </w:r>
            <w:proofErr w:type="spellEnd"/>
            <w:r w:rsidR="00412AFB">
              <w:rPr>
                <w:color w:val="A6A6A6" w:themeColor="background1" w:themeShade="A6"/>
                <w:sz w:val="18"/>
                <w:szCs w:val="18"/>
              </w:rPr>
              <w:t xml:space="preserve"> 25 cm</w:t>
            </w:r>
          </w:p>
        </w:tc>
      </w:tr>
      <w:tr w:rsidR="000C793C" w:rsidRPr="003260F1" w14:paraId="7C3A7915" w14:textId="77777777" w:rsidTr="00664DAD">
        <w:trPr>
          <w:trHeight w:val="340"/>
        </w:trPr>
        <w:tc>
          <w:tcPr>
            <w:tcW w:w="2943" w:type="dxa"/>
            <w:vMerge w:val="restart"/>
            <w:shd w:val="clear" w:color="auto" w:fill="F9F8F5"/>
            <w:vAlign w:val="center"/>
          </w:tcPr>
          <w:p w14:paraId="0369928B" w14:textId="5E1B989D" w:rsidR="000C793C" w:rsidRPr="00683F6D" w:rsidRDefault="000C793C" w:rsidP="00664DAD">
            <w:pPr>
              <w:rPr>
                <w:b/>
                <w:bCs/>
                <w:color w:val="404040" w:themeColor="text1" w:themeTint="BF"/>
                <w:sz w:val="20"/>
                <w:szCs w:val="20"/>
              </w:rPr>
            </w:pPr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 xml:space="preserve">Zateplení </w:t>
            </w:r>
            <w:proofErr w:type="spellStart"/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střechy</w:t>
            </w:r>
            <w:proofErr w:type="spellEnd"/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 xml:space="preserve">  / </w:t>
            </w:r>
            <w:proofErr w:type="spellStart"/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vrchního</w:t>
            </w:r>
            <w:proofErr w:type="spellEnd"/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 xml:space="preserve"> stropu (</w:t>
            </w:r>
            <w:proofErr w:type="spellStart"/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tloušťka</w:t>
            </w:r>
            <w:proofErr w:type="spellEnd"/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, materiál)</w:t>
            </w:r>
            <w:r w:rsidRPr="00DB2A48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:</w:t>
            </w:r>
          </w:p>
        </w:tc>
        <w:tc>
          <w:tcPr>
            <w:tcW w:w="5884" w:type="dxa"/>
            <w:shd w:val="clear" w:color="auto" w:fill="FFFFFF" w:themeFill="background1"/>
            <w:vAlign w:val="center"/>
          </w:tcPr>
          <w:p w14:paraId="04278C35" w14:textId="77777777" w:rsidR="000C793C" w:rsidRPr="00664DAD" w:rsidRDefault="000C793C" w:rsidP="00664DAD">
            <w:pPr>
              <w:rPr>
                <w:color w:val="A6A6A6" w:themeColor="background1" w:themeShade="A6"/>
                <w:sz w:val="18"/>
                <w:szCs w:val="18"/>
              </w:rPr>
            </w:pPr>
          </w:p>
        </w:tc>
      </w:tr>
      <w:tr w:rsidR="000C793C" w:rsidRPr="003260F1" w14:paraId="1F03DD1C" w14:textId="77777777" w:rsidTr="00664DAD">
        <w:trPr>
          <w:trHeight w:val="227"/>
        </w:trPr>
        <w:tc>
          <w:tcPr>
            <w:tcW w:w="2943" w:type="dxa"/>
            <w:vMerge/>
            <w:shd w:val="clear" w:color="auto" w:fill="F9F8F5"/>
            <w:vAlign w:val="center"/>
          </w:tcPr>
          <w:p w14:paraId="5FD03750" w14:textId="77777777" w:rsidR="000C793C" w:rsidRPr="00664DAD" w:rsidRDefault="000C793C" w:rsidP="00664DAD">
            <w:pPr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</w:pPr>
          </w:p>
        </w:tc>
        <w:tc>
          <w:tcPr>
            <w:tcW w:w="5884" w:type="dxa"/>
            <w:shd w:val="clear" w:color="auto" w:fill="F9F8F5"/>
            <w:vAlign w:val="center"/>
          </w:tcPr>
          <w:p w14:paraId="51E6D19A" w14:textId="6D4EFB9A" w:rsidR="000C793C" w:rsidRPr="00664DAD" w:rsidRDefault="000C793C" w:rsidP="00664DAD">
            <w:pPr>
              <w:rPr>
                <w:color w:val="A6A6A6" w:themeColor="background1" w:themeShade="A6"/>
                <w:sz w:val="18"/>
                <w:szCs w:val="18"/>
              </w:rPr>
            </w:pP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např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. 24 cm </w:t>
            </w: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minerální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vata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šikmá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střecha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, </w:t>
            </w: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balkon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 10 cm XPS</w:t>
            </w:r>
          </w:p>
        </w:tc>
      </w:tr>
      <w:tr w:rsidR="000C793C" w:rsidRPr="003260F1" w14:paraId="059CE293" w14:textId="77777777" w:rsidTr="00664DAD">
        <w:trPr>
          <w:trHeight w:val="340"/>
        </w:trPr>
        <w:tc>
          <w:tcPr>
            <w:tcW w:w="2943" w:type="dxa"/>
            <w:vMerge w:val="restart"/>
            <w:shd w:val="clear" w:color="auto" w:fill="F9F8F5"/>
            <w:vAlign w:val="center"/>
          </w:tcPr>
          <w:p w14:paraId="6A4424CB" w14:textId="1DFA8B63" w:rsidR="000C793C" w:rsidRPr="00683F6D" w:rsidRDefault="000C793C" w:rsidP="00664DAD">
            <w:pPr>
              <w:rPr>
                <w:b/>
                <w:bCs/>
                <w:color w:val="404040" w:themeColor="text1" w:themeTint="BF"/>
                <w:sz w:val="20"/>
                <w:szCs w:val="20"/>
              </w:rPr>
            </w:pPr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 xml:space="preserve">Okna (typ /počet </w:t>
            </w:r>
            <w:proofErr w:type="spellStart"/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skel</w:t>
            </w:r>
            <w:proofErr w:type="spellEnd"/>
            <w:r w:rsidR="00412AFB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):</w:t>
            </w:r>
          </w:p>
        </w:tc>
        <w:tc>
          <w:tcPr>
            <w:tcW w:w="5884" w:type="dxa"/>
            <w:shd w:val="clear" w:color="auto" w:fill="FFFFFF" w:themeFill="background1"/>
            <w:vAlign w:val="center"/>
          </w:tcPr>
          <w:p w14:paraId="53447DD9" w14:textId="77777777" w:rsidR="000C793C" w:rsidRPr="00664DAD" w:rsidRDefault="000C793C" w:rsidP="00664DAD">
            <w:pPr>
              <w:rPr>
                <w:color w:val="A6A6A6" w:themeColor="background1" w:themeShade="A6"/>
                <w:sz w:val="18"/>
                <w:szCs w:val="18"/>
              </w:rPr>
            </w:pPr>
          </w:p>
        </w:tc>
      </w:tr>
      <w:tr w:rsidR="000C793C" w:rsidRPr="003260F1" w14:paraId="6A99372F" w14:textId="77777777" w:rsidTr="00664DAD">
        <w:trPr>
          <w:trHeight w:val="227"/>
        </w:trPr>
        <w:tc>
          <w:tcPr>
            <w:tcW w:w="2943" w:type="dxa"/>
            <w:vMerge/>
            <w:shd w:val="clear" w:color="auto" w:fill="F9F8F5"/>
            <w:vAlign w:val="center"/>
          </w:tcPr>
          <w:p w14:paraId="1A163FD0" w14:textId="77777777" w:rsidR="000C793C" w:rsidRPr="00664DAD" w:rsidRDefault="000C793C" w:rsidP="00664DAD">
            <w:pPr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</w:pPr>
          </w:p>
        </w:tc>
        <w:tc>
          <w:tcPr>
            <w:tcW w:w="5884" w:type="dxa"/>
            <w:shd w:val="clear" w:color="auto" w:fill="F9F8F5"/>
            <w:vAlign w:val="center"/>
          </w:tcPr>
          <w:p w14:paraId="629AE03C" w14:textId="6ACF125F" w:rsidR="000C793C" w:rsidRPr="00664DAD" w:rsidRDefault="000C793C" w:rsidP="00664DAD">
            <w:pPr>
              <w:rPr>
                <w:color w:val="A6A6A6" w:themeColor="background1" w:themeShade="A6"/>
                <w:sz w:val="18"/>
                <w:szCs w:val="18"/>
              </w:rPr>
            </w:pP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např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. </w:t>
            </w: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plastová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trojskla</w:t>
            </w:r>
            <w:proofErr w:type="spellEnd"/>
            <w:r w:rsidR="00412AFB">
              <w:rPr>
                <w:color w:val="A6A6A6" w:themeColor="background1" w:themeShade="A6"/>
                <w:sz w:val="18"/>
                <w:szCs w:val="18"/>
              </w:rPr>
              <w:t xml:space="preserve"> z</w:t>
            </w:r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 2018</w:t>
            </w:r>
          </w:p>
        </w:tc>
      </w:tr>
      <w:tr w:rsidR="000C793C" w:rsidRPr="003260F1" w14:paraId="3103FAC1" w14:textId="77777777" w:rsidTr="00664DAD">
        <w:trPr>
          <w:trHeight w:val="340"/>
        </w:trPr>
        <w:tc>
          <w:tcPr>
            <w:tcW w:w="2943" w:type="dxa"/>
            <w:vMerge w:val="restart"/>
            <w:shd w:val="clear" w:color="auto" w:fill="F9F8F5"/>
            <w:vAlign w:val="center"/>
          </w:tcPr>
          <w:p w14:paraId="6EACD4BA" w14:textId="69E3AAC8" w:rsidR="000C793C" w:rsidRPr="00683F6D" w:rsidRDefault="000C793C" w:rsidP="00664DAD">
            <w:pPr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</w:pPr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 xml:space="preserve">Počet a </w:t>
            </w:r>
            <w:proofErr w:type="spellStart"/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rozměr</w:t>
            </w:r>
            <w:proofErr w:type="spellEnd"/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 xml:space="preserve">/materiál </w:t>
            </w:r>
            <w:proofErr w:type="spellStart"/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střeš</w:t>
            </w:r>
            <w:proofErr w:type="spellEnd"/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 xml:space="preserve">. </w:t>
            </w:r>
            <w:proofErr w:type="spellStart"/>
            <w:r w:rsidRPr="00664DAD"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oken</w:t>
            </w:r>
            <w:proofErr w:type="spellEnd"/>
            <w:r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  <w:t>:</w:t>
            </w:r>
          </w:p>
        </w:tc>
        <w:tc>
          <w:tcPr>
            <w:tcW w:w="5884" w:type="dxa"/>
            <w:shd w:val="clear" w:color="auto" w:fill="FFFFFF" w:themeFill="background1"/>
            <w:vAlign w:val="center"/>
          </w:tcPr>
          <w:p w14:paraId="7769CDAA" w14:textId="77777777" w:rsidR="000C793C" w:rsidRPr="003260F1" w:rsidRDefault="000C793C" w:rsidP="00664DAD">
            <w:pPr>
              <w:rPr>
                <w:sz w:val="20"/>
                <w:szCs w:val="20"/>
              </w:rPr>
            </w:pPr>
          </w:p>
        </w:tc>
      </w:tr>
      <w:tr w:rsidR="000C793C" w:rsidRPr="003260F1" w14:paraId="13749979" w14:textId="77777777" w:rsidTr="00664DAD">
        <w:trPr>
          <w:trHeight w:val="227"/>
        </w:trPr>
        <w:tc>
          <w:tcPr>
            <w:tcW w:w="2943" w:type="dxa"/>
            <w:vMerge/>
            <w:shd w:val="clear" w:color="auto" w:fill="F9F8F5"/>
            <w:vAlign w:val="center"/>
          </w:tcPr>
          <w:p w14:paraId="0A31C892" w14:textId="77777777" w:rsidR="000C793C" w:rsidRPr="00664DAD" w:rsidRDefault="000C793C" w:rsidP="00664DAD">
            <w:pPr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</w:pPr>
          </w:p>
        </w:tc>
        <w:tc>
          <w:tcPr>
            <w:tcW w:w="5884" w:type="dxa"/>
            <w:shd w:val="clear" w:color="auto" w:fill="F9F8F5"/>
            <w:vAlign w:val="center"/>
          </w:tcPr>
          <w:p w14:paraId="32E8438F" w14:textId="550443B4" w:rsidR="000C793C" w:rsidRPr="003260F1" w:rsidRDefault="000C793C" w:rsidP="00664DAD">
            <w:pPr>
              <w:rPr>
                <w:sz w:val="20"/>
                <w:szCs w:val="20"/>
              </w:rPr>
            </w:pP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např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. 2× </w:t>
            </w: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dřevěná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dvojskla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 70×110 cm</w:t>
            </w:r>
          </w:p>
        </w:tc>
      </w:tr>
    </w:tbl>
    <w:p w14:paraId="7AA987DA" w14:textId="77777777" w:rsidR="00DA03FF" w:rsidRPr="00C31CE5" w:rsidRDefault="00DA03FF" w:rsidP="00DA03FF">
      <w:pPr>
        <w:tabs>
          <w:tab w:val="left" w:pos="3330"/>
        </w:tabs>
        <w:spacing w:after="0"/>
        <w:rPr>
          <w:sz w:val="24"/>
          <w:szCs w:val="24"/>
        </w:rPr>
      </w:pPr>
      <w:r w:rsidRPr="003260F1">
        <w:rPr>
          <w:sz w:val="20"/>
          <w:szCs w:val="20"/>
        </w:rPr>
        <w:tab/>
      </w:r>
    </w:p>
    <w:p w14:paraId="5930DD15" w14:textId="124305B8" w:rsidR="00412AFB" w:rsidRPr="003260F1" w:rsidRDefault="00412AFB" w:rsidP="009F2C65">
      <w:pPr>
        <w:tabs>
          <w:tab w:val="left" w:pos="3443"/>
        </w:tabs>
        <w:spacing w:after="120"/>
        <w:ind w:right="-431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 wp14:anchorId="62E85D4C" wp14:editId="38A4D06B">
                <wp:simplePos x="0" y="0"/>
                <wp:positionH relativeFrom="column">
                  <wp:posOffset>-193411</wp:posOffset>
                </wp:positionH>
                <wp:positionV relativeFrom="paragraph">
                  <wp:posOffset>147320</wp:posOffset>
                </wp:positionV>
                <wp:extent cx="6001385" cy="5588120"/>
                <wp:effectExtent l="57150" t="19050" r="75565" b="88900"/>
                <wp:wrapNone/>
                <wp:docPr id="1793573526" name="Obdĺžnik: zaoblené rohy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1385" cy="5588120"/>
                        </a:xfrm>
                        <a:prstGeom prst="roundRect">
                          <a:avLst>
                            <a:gd name="adj" fmla="val 3794"/>
                          </a:avLst>
                        </a:prstGeom>
                        <a:solidFill>
                          <a:srgbClr val="F4F3EC"/>
                        </a:solidFill>
                        <a:ln>
                          <a:solidFill>
                            <a:schemeClr val="bg2"/>
                          </a:solidFill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  <a:softEdge rad="12700"/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5779C2" w14:textId="3458F25B" w:rsidR="009F2C65" w:rsidRDefault="009F2C65" w:rsidP="009F2C65">
                            <w:pPr>
                              <w:jc w:val="center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E85D4C" id="Obdĺžnik: zaoblené rohy 23" o:spid="_x0000_s1026" style="position:absolute;margin-left:-15.25pt;margin-top:11.6pt;width:472.55pt;height:440pt;z-index:-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48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" fillcolor="#f4f3ec" strokecolor="#eeece1 [3214]">
                <v:shadow on="t" color="black" opacity="22937f" origin=",.5" offset="0,.63889mm"/>
                <v:textbox>
                  <w:txbxContent>
                    <w:p w14:paraId="525779C2" w14:textId="3458F25B" w:rsidR="009F2C65" w:rsidRDefault="009F2C65" w:rsidP="009F2C65">
                      <w:pPr>
                        <w:jc w:val="center"/>
                      </w:pPr>
                      <w:r>
                        <w:t>0</w:t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Mriekatabuky"/>
        <w:tblpPr w:leftFromText="141" w:rightFromText="141" w:vertAnchor="text" w:horzAnchor="margin" w:tblpY="184"/>
        <w:tblW w:w="0" w:type="auto"/>
        <w:tblBorders>
          <w:top w:val="single" w:sz="4" w:space="0" w:color="F4F3EC"/>
          <w:left w:val="single" w:sz="4" w:space="0" w:color="F4F3EC"/>
          <w:bottom w:val="single" w:sz="4" w:space="0" w:color="F4F3EC"/>
          <w:right w:val="single" w:sz="4" w:space="0" w:color="F4F3EC"/>
          <w:insideH w:val="single" w:sz="4" w:space="0" w:color="F4F3EC"/>
          <w:insideV w:val="single" w:sz="4" w:space="0" w:color="F4F3EC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943"/>
        <w:gridCol w:w="1560"/>
        <w:gridCol w:w="401"/>
        <w:gridCol w:w="1961"/>
        <w:gridCol w:w="1962"/>
      </w:tblGrid>
      <w:tr w:rsidR="00412AFB" w:rsidRPr="003260F1" w14:paraId="50BBADD2" w14:textId="77777777" w:rsidTr="006C01D2">
        <w:trPr>
          <w:trHeight w:val="340"/>
        </w:trPr>
        <w:tc>
          <w:tcPr>
            <w:tcW w:w="8827" w:type="dxa"/>
            <w:gridSpan w:val="5"/>
            <w:shd w:val="clear" w:color="auto" w:fill="BCB68A"/>
            <w:vAlign w:val="center"/>
          </w:tcPr>
          <w:p w14:paraId="429E5F52" w14:textId="77777777" w:rsidR="00412AFB" w:rsidRPr="003260F1" w:rsidRDefault="00412AFB" w:rsidP="006C01D2">
            <w:pPr>
              <w:jc w:val="center"/>
              <w:rPr>
                <w:b/>
                <w:bCs/>
                <w:sz w:val="20"/>
                <w:szCs w:val="20"/>
              </w:rPr>
            </w:pPr>
            <w:r w:rsidRPr="00C31CE5">
              <w:rPr>
                <w:rFonts w:eastAsia="Times New Roman" w:cs="Calibri"/>
                <w:b/>
                <w:bCs/>
                <w:color w:val="404040" w:themeColor="text1" w:themeTint="BF"/>
                <w:lang w:val="sk-SK" w:eastAsia="sk-SK"/>
              </w:rPr>
              <w:t>ZDROJE ENERGIE</w:t>
            </w:r>
          </w:p>
        </w:tc>
      </w:tr>
      <w:tr w:rsidR="00412AFB" w:rsidRPr="003260F1" w14:paraId="23565836" w14:textId="77777777" w:rsidTr="006C01D2">
        <w:trPr>
          <w:trHeight w:val="340"/>
        </w:trPr>
        <w:tc>
          <w:tcPr>
            <w:tcW w:w="2943" w:type="dxa"/>
            <w:vMerge w:val="restart"/>
            <w:shd w:val="clear" w:color="auto" w:fill="F9F8F5"/>
            <w:vAlign w:val="center"/>
          </w:tcPr>
          <w:p w14:paraId="4B0833BF" w14:textId="4ADDAA5F" w:rsidR="00412AFB" w:rsidRPr="00524F64" w:rsidRDefault="00412AFB" w:rsidP="006C01D2">
            <w:pPr>
              <w:rPr>
                <w:b/>
                <w:bCs/>
                <w:color w:val="262626" w:themeColor="text1" w:themeTint="D9"/>
                <w:sz w:val="20"/>
                <w:szCs w:val="20"/>
              </w:rPr>
            </w:pPr>
            <w:proofErr w:type="spellStart"/>
            <w:r w:rsidRPr="00524F64"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  <w:t>Větrání</w:t>
            </w:r>
            <w:proofErr w:type="spellEnd"/>
            <w:r w:rsidR="009A07BB" w:rsidRPr="00524F64"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  <w:t>:</w:t>
            </w:r>
          </w:p>
        </w:tc>
        <w:tc>
          <w:tcPr>
            <w:tcW w:w="5884" w:type="dxa"/>
            <w:gridSpan w:val="4"/>
            <w:shd w:val="clear" w:color="auto" w:fill="FFFFFF" w:themeFill="background1"/>
            <w:vAlign w:val="center"/>
          </w:tcPr>
          <w:p w14:paraId="14B5F3CA" w14:textId="77777777" w:rsidR="00412AFB" w:rsidRPr="003260F1" w:rsidRDefault="00412AFB" w:rsidP="006C01D2">
            <w:pPr>
              <w:rPr>
                <w:sz w:val="20"/>
                <w:szCs w:val="20"/>
              </w:rPr>
            </w:pPr>
          </w:p>
        </w:tc>
      </w:tr>
      <w:tr w:rsidR="00412AFB" w:rsidRPr="003260F1" w14:paraId="0AF62CCD" w14:textId="77777777" w:rsidTr="006C01D2">
        <w:trPr>
          <w:trHeight w:val="227"/>
        </w:trPr>
        <w:tc>
          <w:tcPr>
            <w:tcW w:w="2943" w:type="dxa"/>
            <w:vMerge/>
            <w:shd w:val="clear" w:color="auto" w:fill="F9F8F5"/>
            <w:vAlign w:val="center"/>
          </w:tcPr>
          <w:p w14:paraId="4282E290" w14:textId="77777777" w:rsidR="00412AFB" w:rsidRPr="00524F64" w:rsidRDefault="00412AFB" w:rsidP="006C01D2">
            <w:pPr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</w:pPr>
          </w:p>
        </w:tc>
        <w:tc>
          <w:tcPr>
            <w:tcW w:w="5884" w:type="dxa"/>
            <w:gridSpan w:val="4"/>
            <w:shd w:val="clear" w:color="auto" w:fill="F9F8F5"/>
            <w:vAlign w:val="center"/>
          </w:tcPr>
          <w:p w14:paraId="323A8B13" w14:textId="34F55A7F" w:rsidR="00412AFB" w:rsidRPr="003260F1" w:rsidRDefault="00412AFB" w:rsidP="006C01D2">
            <w:pPr>
              <w:rPr>
                <w:sz w:val="20"/>
                <w:szCs w:val="20"/>
              </w:rPr>
            </w:pP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např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. </w:t>
            </w:r>
            <w:r>
              <w:t xml:space="preserve"> </w:t>
            </w:r>
            <w:proofErr w:type="spellStart"/>
            <w:r w:rsidR="00243F74">
              <w:rPr>
                <w:color w:val="A6A6A6" w:themeColor="background1" w:themeShade="A6"/>
                <w:sz w:val="18"/>
                <w:szCs w:val="18"/>
              </w:rPr>
              <w:t>P</w:t>
            </w:r>
            <w:r w:rsidRPr="00412AFB">
              <w:rPr>
                <w:color w:val="A6A6A6" w:themeColor="background1" w:themeShade="A6"/>
                <w:sz w:val="18"/>
                <w:szCs w:val="18"/>
              </w:rPr>
              <w:t>řirozené</w:t>
            </w:r>
            <w:proofErr w:type="spellEnd"/>
            <w:r w:rsidRPr="00412AFB">
              <w:rPr>
                <w:color w:val="A6A6A6" w:themeColor="background1" w:themeShade="A6"/>
                <w:sz w:val="18"/>
                <w:szCs w:val="18"/>
              </w:rPr>
              <w:t xml:space="preserve"> (</w:t>
            </w:r>
            <w:proofErr w:type="spellStart"/>
            <w:r w:rsidRPr="00412AFB">
              <w:rPr>
                <w:color w:val="A6A6A6" w:themeColor="background1" w:themeShade="A6"/>
                <w:sz w:val="18"/>
                <w:szCs w:val="18"/>
              </w:rPr>
              <w:t>okny</w:t>
            </w:r>
            <w:proofErr w:type="spellEnd"/>
            <w:r w:rsidRPr="00412AFB">
              <w:rPr>
                <w:color w:val="A6A6A6" w:themeColor="background1" w:themeShade="A6"/>
                <w:sz w:val="18"/>
                <w:szCs w:val="18"/>
              </w:rPr>
              <w:t>)</w:t>
            </w:r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r w:rsidRPr="00412AFB">
              <w:rPr>
                <w:color w:val="A6A6A6" w:themeColor="background1" w:themeShade="A6"/>
                <w:sz w:val="18"/>
                <w:szCs w:val="18"/>
              </w:rPr>
              <w:t>/</w:t>
            </w:r>
            <w:r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Pr="00412AFB">
              <w:rPr>
                <w:color w:val="A6A6A6" w:themeColor="background1" w:themeShade="A6"/>
                <w:sz w:val="18"/>
                <w:szCs w:val="18"/>
              </w:rPr>
              <w:t>Řízené</w:t>
            </w:r>
            <w:proofErr w:type="spellEnd"/>
            <w:r w:rsidRPr="00412AFB">
              <w:rPr>
                <w:color w:val="A6A6A6" w:themeColor="background1" w:themeShade="A6"/>
                <w:sz w:val="18"/>
                <w:szCs w:val="18"/>
              </w:rPr>
              <w:t xml:space="preserve"> bez </w:t>
            </w:r>
            <w:proofErr w:type="spellStart"/>
            <w:r w:rsidRPr="00412AFB">
              <w:rPr>
                <w:color w:val="A6A6A6" w:themeColor="background1" w:themeShade="A6"/>
                <w:sz w:val="18"/>
                <w:szCs w:val="18"/>
              </w:rPr>
              <w:t>rekuperace</w:t>
            </w:r>
            <w:proofErr w:type="spellEnd"/>
            <w:r w:rsidRPr="00412AFB">
              <w:rPr>
                <w:color w:val="A6A6A6" w:themeColor="background1" w:themeShade="A6"/>
                <w:sz w:val="18"/>
                <w:szCs w:val="18"/>
              </w:rPr>
              <w:t>/</w:t>
            </w:r>
            <w:r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Pr="00412AFB">
              <w:rPr>
                <w:color w:val="A6A6A6" w:themeColor="background1" w:themeShade="A6"/>
                <w:sz w:val="18"/>
                <w:szCs w:val="18"/>
              </w:rPr>
              <w:t>Řízené</w:t>
            </w:r>
            <w:proofErr w:type="spellEnd"/>
            <w:r w:rsidRPr="00412AFB">
              <w:rPr>
                <w:color w:val="A6A6A6" w:themeColor="background1" w:themeShade="A6"/>
                <w:sz w:val="18"/>
                <w:szCs w:val="18"/>
              </w:rPr>
              <w:t xml:space="preserve"> s </w:t>
            </w:r>
            <w:proofErr w:type="spellStart"/>
            <w:r w:rsidRPr="00412AFB">
              <w:rPr>
                <w:color w:val="A6A6A6" w:themeColor="background1" w:themeShade="A6"/>
                <w:sz w:val="18"/>
                <w:szCs w:val="18"/>
              </w:rPr>
              <w:t>rekuperací</w:t>
            </w:r>
            <w:proofErr w:type="spellEnd"/>
          </w:p>
        </w:tc>
      </w:tr>
      <w:tr w:rsidR="00412AFB" w:rsidRPr="003260F1" w14:paraId="71C5F6ED" w14:textId="77777777" w:rsidTr="006C01D2">
        <w:trPr>
          <w:trHeight w:val="340"/>
        </w:trPr>
        <w:tc>
          <w:tcPr>
            <w:tcW w:w="2943" w:type="dxa"/>
            <w:vMerge w:val="restart"/>
            <w:shd w:val="clear" w:color="auto" w:fill="F9F8F5"/>
            <w:vAlign w:val="center"/>
          </w:tcPr>
          <w:p w14:paraId="2121603C" w14:textId="7628DE19" w:rsidR="00412AFB" w:rsidRPr="00524F64" w:rsidRDefault="009A07BB" w:rsidP="006C01D2">
            <w:pPr>
              <w:rPr>
                <w:b/>
                <w:bCs/>
                <w:color w:val="262626" w:themeColor="text1" w:themeTint="D9"/>
                <w:sz w:val="20"/>
                <w:szCs w:val="20"/>
              </w:rPr>
            </w:pP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Energetický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 xml:space="preserve"> </w:t>
            </w: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nosič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:</w:t>
            </w:r>
          </w:p>
        </w:tc>
        <w:tc>
          <w:tcPr>
            <w:tcW w:w="5884" w:type="dxa"/>
            <w:gridSpan w:val="4"/>
            <w:shd w:val="clear" w:color="auto" w:fill="FFFFFF" w:themeFill="background1"/>
            <w:vAlign w:val="center"/>
          </w:tcPr>
          <w:p w14:paraId="18759446" w14:textId="77777777" w:rsidR="00412AFB" w:rsidRPr="003260F1" w:rsidRDefault="00412AFB" w:rsidP="006C01D2">
            <w:pPr>
              <w:rPr>
                <w:sz w:val="20"/>
                <w:szCs w:val="20"/>
              </w:rPr>
            </w:pPr>
          </w:p>
        </w:tc>
      </w:tr>
      <w:tr w:rsidR="00412AFB" w:rsidRPr="003260F1" w14:paraId="4AA7997A" w14:textId="77777777" w:rsidTr="006C01D2">
        <w:trPr>
          <w:trHeight w:val="227"/>
        </w:trPr>
        <w:tc>
          <w:tcPr>
            <w:tcW w:w="2943" w:type="dxa"/>
            <w:vMerge/>
            <w:shd w:val="clear" w:color="auto" w:fill="F9F8F5"/>
            <w:vAlign w:val="center"/>
          </w:tcPr>
          <w:p w14:paraId="529ED676" w14:textId="77777777" w:rsidR="00412AFB" w:rsidRPr="00524F64" w:rsidRDefault="00412AFB" w:rsidP="006C01D2">
            <w:pPr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</w:pPr>
          </w:p>
        </w:tc>
        <w:tc>
          <w:tcPr>
            <w:tcW w:w="5884" w:type="dxa"/>
            <w:gridSpan w:val="4"/>
            <w:shd w:val="clear" w:color="auto" w:fill="F9F8F5"/>
            <w:vAlign w:val="center"/>
          </w:tcPr>
          <w:p w14:paraId="32964A27" w14:textId="7312C121" w:rsidR="00412AFB" w:rsidRPr="00664DAD" w:rsidRDefault="00412AFB" w:rsidP="006C01D2">
            <w:pPr>
              <w:rPr>
                <w:color w:val="A6A6A6" w:themeColor="background1" w:themeShade="A6"/>
                <w:sz w:val="18"/>
                <w:szCs w:val="18"/>
              </w:rPr>
            </w:pP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např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. </w:t>
            </w:r>
            <w:proofErr w:type="spellStart"/>
            <w:r w:rsidR="00243F74">
              <w:rPr>
                <w:color w:val="A6A6A6" w:themeColor="background1" w:themeShade="A6"/>
                <w:sz w:val="18"/>
                <w:szCs w:val="18"/>
              </w:rPr>
              <w:t>P</w:t>
            </w:r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lyn</w:t>
            </w:r>
            <w:proofErr w:type="spellEnd"/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/</w:t>
            </w:r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Elektřina</w:t>
            </w:r>
            <w:proofErr w:type="spellEnd"/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/</w:t>
            </w:r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Dřevo</w:t>
            </w:r>
            <w:proofErr w:type="spellEnd"/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/</w:t>
            </w:r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biomasa</w:t>
            </w:r>
            <w:proofErr w:type="spellEnd"/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/</w:t>
            </w:r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uhlí</w:t>
            </w:r>
            <w:proofErr w:type="spellEnd"/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/</w:t>
            </w:r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jiné</w:t>
            </w:r>
            <w:proofErr w:type="spellEnd"/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– </w:t>
            </w:r>
            <w:proofErr w:type="spellStart"/>
            <w:r w:rsidR="00243F74">
              <w:rPr>
                <w:color w:val="A6A6A6" w:themeColor="background1" w:themeShade="A6"/>
                <w:sz w:val="18"/>
                <w:szCs w:val="18"/>
              </w:rPr>
              <w:t>uvést</w:t>
            </w:r>
            <w:proofErr w:type="spellEnd"/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="00243F74">
              <w:rPr>
                <w:color w:val="A6A6A6" w:themeColor="background1" w:themeShade="A6"/>
                <w:sz w:val="18"/>
                <w:szCs w:val="18"/>
              </w:rPr>
              <w:t>všechny</w:t>
            </w:r>
            <w:proofErr w:type="spellEnd"/>
          </w:p>
        </w:tc>
      </w:tr>
      <w:tr w:rsidR="00412AFB" w:rsidRPr="003260F1" w14:paraId="3D7D8E71" w14:textId="77777777" w:rsidTr="006C01D2">
        <w:trPr>
          <w:trHeight w:val="340"/>
        </w:trPr>
        <w:tc>
          <w:tcPr>
            <w:tcW w:w="2943" w:type="dxa"/>
            <w:vMerge w:val="restart"/>
            <w:shd w:val="clear" w:color="auto" w:fill="F9F8F5"/>
            <w:vAlign w:val="center"/>
          </w:tcPr>
          <w:p w14:paraId="1AB7B8F6" w14:textId="084E18FC" w:rsidR="00412AFB" w:rsidRPr="00524F64" w:rsidRDefault="009A07BB" w:rsidP="006C01D2">
            <w:pPr>
              <w:rPr>
                <w:b/>
                <w:bCs/>
                <w:color w:val="262626" w:themeColor="text1" w:themeTint="D9"/>
                <w:sz w:val="20"/>
                <w:szCs w:val="20"/>
              </w:rPr>
            </w:pP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Zdroj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 xml:space="preserve"> </w:t>
            </w: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vytápění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:</w:t>
            </w:r>
          </w:p>
        </w:tc>
        <w:tc>
          <w:tcPr>
            <w:tcW w:w="5884" w:type="dxa"/>
            <w:gridSpan w:val="4"/>
            <w:shd w:val="clear" w:color="auto" w:fill="FFFFFF" w:themeFill="background1"/>
            <w:vAlign w:val="center"/>
          </w:tcPr>
          <w:p w14:paraId="153F6E77" w14:textId="77777777" w:rsidR="00412AFB" w:rsidRPr="00664DAD" w:rsidRDefault="00412AFB" w:rsidP="006C01D2">
            <w:pPr>
              <w:rPr>
                <w:color w:val="A6A6A6" w:themeColor="background1" w:themeShade="A6"/>
                <w:sz w:val="18"/>
                <w:szCs w:val="18"/>
              </w:rPr>
            </w:pPr>
          </w:p>
        </w:tc>
      </w:tr>
      <w:tr w:rsidR="00412AFB" w:rsidRPr="003260F1" w14:paraId="3466E7B8" w14:textId="77777777" w:rsidTr="006C01D2">
        <w:trPr>
          <w:trHeight w:val="227"/>
        </w:trPr>
        <w:tc>
          <w:tcPr>
            <w:tcW w:w="2943" w:type="dxa"/>
            <w:vMerge/>
            <w:shd w:val="clear" w:color="auto" w:fill="F9F8F5"/>
            <w:vAlign w:val="center"/>
          </w:tcPr>
          <w:p w14:paraId="14CE5C45" w14:textId="77777777" w:rsidR="00412AFB" w:rsidRPr="00524F64" w:rsidRDefault="00412AFB" w:rsidP="006C01D2">
            <w:pPr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</w:pPr>
          </w:p>
        </w:tc>
        <w:tc>
          <w:tcPr>
            <w:tcW w:w="5884" w:type="dxa"/>
            <w:gridSpan w:val="4"/>
            <w:shd w:val="clear" w:color="auto" w:fill="F9F8F5"/>
            <w:vAlign w:val="center"/>
          </w:tcPr>
          <w:p w14:paraId="4BB68707" w14:textId="3BB57507" w:rsidR="00412AFB" w:rsidRPr="00664DAD" w:rsidRDefault="00412AFB" w:rsidP="006C01D2">
            <w:pPr>
              <w:rPr>
                <w:color w:val="A6A6A6" w:themeColor="background1" w:themeShade="A6"/>
                <w:sz w:val="18"/>
                <w:szCs w:val="18"/>
              </w:rPr>
            </w:pP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např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. </w:t>
            </w:r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K</w:t>
            </w:r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otel</w:t>
            </w:r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/</w:t>
            </w:r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Tepelné</w:t>
            </w:r>
            <w:proofErr w:type="spellEnd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čerpadlo</w:t>
            </w:r>
            <w:proofErr w:type="spellEnd"/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/</w:t>
            </w:r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fólie</w:t>
            </w:r>
            <w:proofErr w:type="spellEnd"/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/</w:t>
            </w:r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Krb</w:t>
            </w:r>
            <w:proofErr w:type="spellEnd"/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/</w:t>
            </w:r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Jiné</w:t>
            </w:r>
            <w:proofErr w:type="spellEnd"/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– </w:t>
            </w:r>
            <w:proofErr w:type="spellStart"/>
            <w:r w:rsidR="00243F74">
              <w:rPr>
                <w:color w:val="A6A6A6" w:themeColor="background1" w:themeShade="A6"/>
                <w:sz w:val="18"/>
                <w:szCs w:val="18"/>
              </w:rPr>
              <w:t>uvést</w:t>
            </w:r>
            <w:proofErr w:type="spellEnd"/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="00243F74">
              <w:rPr>
                <w:color w:val="A6A6A6" w:themeColor="background1" w:themeShade="A6"/>
                <w:sz w:val="18"/>
                <w:szCs w:val="18"/>
              </w:rPr>
              <w:t>všechny</w:t>
            </w:r>
            <w:proofErr w:type="spellEnd"/>
            <w:r w:rsidR="00243F74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="00243F74">
              <w:rPr>
                <w:color w:val="A6A6A6" w:themeColor="background1" w:themeShade="A6"/>
                <w:sz w:val="18"/>
                <w:szCs w:val="18"/>
              </w:rPr>
              <w:t>zdroje</w:t>
            </w:r>
            <w:proofErr w:type="spellEnd"/>
          </w:p>
        </w:tc>
      </w:tr>
      <w:tr w:rsidR="00412AFB" w:rsidRPr="003260F1" w14:paraId="2B16185C" w14:textId="77777777" w:rsidTr="006C01D2">
        <w:trPr>
          <w:trHeight w:val="340"/>
        </w:trPr>
        <w:tc>
          <w:tcPr>
            <w:tcW w:w="2943" w:type="dxa"/>
            <w:vMerge w:val="restart"/>
            <w:shd w:val="clear" w:color="auto" w:fill="F9F8F5"/>
            <w:vAlign w:val="center"/>
          </w:tcPr>
          <w:p w14:paraId="6AD43EF4" w14:textId="2D9D0239" w:rsidR="00412AFB" w:rsidRPr="00524F64" w:rsidRDefault="009A07BB" w:rsidP="006C01D2">
            <w:pPr>
              <w:rPr>
                <w:b/>
                <w:bCs/>
                <w:color w:val="262626" w:themeColor="text1" w:themeTint="D9"/>
                <w:sz w:val="20"/>
                <w:szCs w:val="20"/>
              </w:rPr>
            </w:pP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Výdechy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 xml:space="preserve"> z </w:t>
            </w: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krbu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:</w:t>
            </w:r>
          </w:p>
        </w:tc>
        <w:tc>
          <w:tcPr>
            <w:tcW w:w="5884" w:type="dxa"/>
            <w:gridSpan w:val="4"/>
            <w:shd w:val="clear" w:color="auto" w:fill="FFFFFF" w:themeFill="background1"/>
            <w:vAlign w:val="center"/>
          </w:tcPr>
          <w:p w14:paraId="6B8010EC" w14:textId="6E9CB2DF" w:rsidR="00412AFB" w:rsidRPr="00664DAD" w:rsidRDefault="00524F64" w:rsidP="006C01D2">
            <w:pPr>
              <w:rPr>
                <w:color w:val="A6A6A6" w:themeColor="background1" w:themeShade="A6"/>
                <w:sz w:val="18"/>
                <w:szCs w:val="18"/>
              </w:rPr>
            </w:pPr>
            <w:r>
              <w:rPr>
                <w:rStyle w:val="ZkladntextChar"/>
                <w:color w:val="404040" w:themeColor="text1" w:themeTint="BF"/>
                <w:sz w:val="20"/>
                <w:szCs w:val="20"/>
              </w:rPr>
              <w:t xml:space="preserve">Ano </w:t>
            </w:r>
            <w:r w:rsidRPr="00B637F8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-792602960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Pr="00B637F8">
                  <w:rPr>
                    <w:rFonts w:ascii="Segoe UI Symbol" w:hAnsi="Segoe UI Symbol" w:cs="Segoe UI Symbol"/>
                    <w:sz w:val="20"/>
                    <w:szCs w:val="20"/>
                  </w:rPr>
                  <w:t>⬡</w:t>
                </w:r>
              </w:sdtContent>
            </w:sdt>
            <w:r w:rsidRPr="00B637F8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       Ne </w:t>
            </w:r>
            <w:r w:rsidRPr="00B637F8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-1915625959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Pr="00B637F8">
                  <w:rPr>
                    <w:rFonts w:ascii="Segoe UI Symbol" w:hAnsi="Segoe UI Symbol" w:cs="Segoe UI Symbol"/>
                    <w:sz w:val="20"/>
                    <w:szCs w:val="20"/>
                  </w:rPr>
                  <w:t>⬡</w:t>
                </w:r>
              </w:sdtContent>
            </w:sdt>
            <w:r w:rsidRPr="00B637F8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</w:p>
        </w:tc>
      </w:tr>
      <w:tr w:rsidR="00412AFB" w:rsidRPr="003260F1" w14:paraId="56BBD0C8" w14:textId="77777777" w:rsidTr="006C01D2">
        <w:trPr>
          <w:trHeight w:val="57"/>
        </w:trPr>
        <w:tc>
          <w:tcPr>
            <w:tcW w:w="2943" w:type="dxa"/>
            <w:vMerge/>
            <w:shd w:val="clear" w:color="auto" w:fill="F9F8F5"/>
            <w:vAlign w:val="center"/>
          </w:tcPr>
          <w:p w14:paraId="09B1472F" w14:textId="77777777" w:rsidR="00412AFB" w:rsidRPr="00524F64" w:rsidRDefault="00412AFB" w:rsidP="006C01D2">
            <w:pPr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</w:pPr>
          </w:p>
        </w:tc>
        <w:tc>
          <w:tcPr>
            <w:tcW w:w="5884" w:type="dxa"/>
            <w:gridSpan w:val="4"/>
            <w:shd w:val="clear" w:color="auto" w:fill="F9F8F5"/>
            <w:vAlign w:val="center"/>
          </w:tcPr>
          <w:p w14:paraId="71048DAB" w14:textId="0C870EA0" w:rsidR="00412AFB" w:rsidRPr="00524F64" w:rsidRDefault="00412AFB" w:rsidP="006C01D2">
            <w:pPr>
              <w:rPr>
                <w:color w:val="A6A6A6" w:themeColor="background1" w:themeShade="A6"/>
                <w:sz w:val="8"/>
                <w:szCs w:val="8"/>
              </w:rPr>
            </w:pPr>
          </w:p>
        </w:tc>
      </w:tr>
      <w:tr w:rsidR="00412AFB" w:rsidRPr="003260F1" w14:paraId="435504FF" w14:textId="77777777" w:rsidTr="006C01D2">
        <w:trPr>
          <w:trHeight w:val="340"/>
        </w:trPr>
        <w:tc>
          <w:tcPr>
            <w:tcW w:w="2943" w:type="dxa"/>
            <w:vMerge w:val="restart"/>
            <w:shd w:val="clear" w:color="auto" w:fill="F9F8F5"/>
            <w:vAlign w:val="center"/>
          </w:tcPr>
          <w:p w14:paraId="7E4565A4" w14:textId="31CDCC87" w:rsidR="00412AFB" w:rsidRPr="00524F64" w:rsidRDefault="009A07BB" w:rsidP="006C01D2">
            <w:pPr>
              <w:rPr>
                <w:b/>
                <w:bCs/>
                <w:color w:val="262626" w:themeColor="text1" w:themeTint="D9"/>
                <w:sz w:val="20"/>
                <w:szCs w:val="20"/>
              </w:rPr>
            </w:pP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Výrobce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 xml:space="preserve">, </w:t>
            </w: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typ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 xml:space="preserve"> a </w:t>
            </w: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výkon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 xml:space="preserve"> </w:t>
            </w: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zdroje</w:t>
            </w:r>
            <w:proofErr w:type="spellEnd"/>
            <w:r w:rsidR="00412AFB" w:rsidRPr="00524F64"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  <w:t>:</w:t>
            </w:r>
          </w:p>
        </w:tc>
        <w:tc>
          <w:tcPr>
            <w:tcW w:w="5884" w:type="dxa"/>
            <w:gridSpan w:val="4"/>
            <w:shd w:val="clear" w:color="auto" w:fill="FFFFFF" w:themeFill="background1"/>
            <w:vAlign w:val="center"/>
          </w:tcPr>
          <w:p w14:paraId="47592E60" w14:textId="77777777" w:rsidR="00412AFB" w:rsidRPr="00664DAD" w:rsidRDefault="00412AFB" w:rsidP="006C01D2">
            <w:pPr>
              <w:rPr>
                <w:color w:val="A6A6A6" w:themeColor="background1" w:themeShade="A6"/>
                <w:sz w:val="18"/>
                <w:szCs w:val="18"/>
              </w:rPr>
            </w:pPr>
          </w:p>
        </w:tc>
      </w:tr>
      <w:tr w:rsidR="00412AFB" w:rsidRPr="003260F1" w14:paraId="4A0662A6" w14:textId="77777777" w:rsidTr="006C01D2">
        <w:trPr>
          <w:trHeight w:val="227"/>
        </w:trPr>
        <w:tc>
          <w:tcPr>
            <w:tcW w:w="2943" w:type="dxa"/>
            <w:vMerge/>
            <w:shd w:val="clear" w:color="auto" w:fill="F9F8F5"/>
            <w:vAlign w:val="center"/>
          </w:tcPr>
          <w:p w14:paraId="2FAD8899" w14:textId="77777777" w:rsidR="00412AFB" w:rsidRPr="00524F64" w:rsidRDefault="00412AFB" w:rsidP="006C01D2">
            <w:pPr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</w:pPr>
          </w:p>
        </w:tc>
        <w:tc>
          <w:tcPr>
            <w:tcW w:w="5884" w:type="dxa"/>
            <w:gridSpan w:val="4"/>
            <w:shd w:val="clear" w:color="auto" w:fill="F9F8F5"/>
            <w:vAlign w:val="center"/>
          </w:tcPr>
          <w:p w14:paraId="2F5E26E1" w14:textId="608C8ED8" w:rsidR="00412AFB" w:rsidRPr="00664DAD" w:rsidRDefault="00412AFB" w:rsidP="006C01D2">
            <w:pPr>
              <w:rPr>
                <w:color w:val="A6A6A6" w:themeColor="background1" w:themeShade="A6"/>
                <w:sz w:val="18"/>
                <w:szCs w:val="18"/>
              </w:rPr>
            </w:pP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např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. </w:t>
            </w:r>
            <w:proofErr w:type="spellStart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Protherm</w:t>
            </w:r>
            <w:proofErr w:type="spellEnd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 xml:space="preserve"> Raja s </w:t>
            </w:r>
            <w:proofErr w:type="spellStart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výkonem</w:t>
            </w:r>
            <w:proofErr w:type="spellEnd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 xml:space="preserve"> 12 kW</w:t>
            </w:r>
          </w:p>
        </w:tc>
      </w:tr>
      <w:tr w:rsidR="00412AFB" w:rsidRPr="003260F1" w14:paraId="012D91F5" w14:textId="77777777" w:rsidTr="006C01D2">
        <w:trPr>
          <w:trHeight w:val="340"/>
        </w:trPr>
        <w:tc>
          <w:tcPr>
            <w:tcW w:w="2943" w:type="dxa"/>
            <w:vMerge w:val="restart"/>
            <w:shd w:val="clear" w:color="auto" w:fill="F9F8F5"/>
            <w:vAlign w:val="center"/>
          </w:tcPr>
          <w:p w14:paraId="72035D22" w14:textId="337F32D4" w:rsidR="00412AFB" w:rsidRPr="00524F64" w:rsidRDefault="009A07BB" w:rsidP="006C01D2">
            <w:pPr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</w:pP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Tepelné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 xml:space="preserve"> </w:t>
            </w: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čerpadlo</w:t>
            </w:r>
            <w:proofErr w:type="spellEnd"/>
            <w:r w:rsidR="00412AFB" w:rsidRPr="00524F64"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  <w:t>:</w:t>
            </w:r>
          </w:p>
        </w:tc>
        <w:tc>
          <w:tcPr>
            <w:tcW w:w="5884" w:type="dxa"/>
            <w:gridSpan w:val="4"/>
            <w:shd w:val="clear" w:color="auto" w:fill="FFFFFF" w:themeFill="background1"/>
            <w:vAlign w:val="center"/>
          </w:tcPr>
          <w:p w14:paraId="0618D199" w14:textId="77777777" w:rsidR="00412AFB" w:rsidRPr="003260F1" w:rsidRDefault="00412AFB" w:rsidP="006C01D2">
            <w:pPr>
              <w:rPr>
                <w:sz w:val="20"/>
                <w:szCs w:val="20"/>
              </w:rPr>
            </w:pPr>
          </w:p>
        </w:tc>
      </w:tr>
      <w:tr w:rsidR="00412AFB" w:rsidRPr="003260F1" w14:paraId="68EA0FE6" w14:textId="77777777" w:rsidTr="006C01D2">
        <w:trPr>
          <w:trHeight w:val="227"/>
        </w:trPr>
        <w:tc>
          <w:tcPr>
            <w:tcW w:w="2943" w:type="dxa"/>
            <w:vMerge/>
            <w:shd w:val="clear" w:color="auto" w:fill="F9F8F5"/>
            <w:vAlign w:val="center"/>
          </w:tcPr>
          <w:p w14:paraId="4C452065" w14:textId="77777777" w:rsidR="00412AFB" w:rsidRPr="00524F64" w:rsidRDefault="00412AFB" w:rsidP="006C01D2">
            <w:pPr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</w:pPr>
          </w:p>
        </w:tc>
        <w:tc>
          <w:tcPr>
            <w:tcW w:w="5884" w:type="dxa"/>
            <w:gridSpan w:val="4"/>
            <w:shd w:val="clear" w:color="auto" w:fill="F9F8F5"/>
            <w:vAlign w:val="center"/>
          </w:tcPr>
          <w:p w14:paraId="12F8ABF8" w14:textId="6DA9C305" w:rsidR="00412AFB" w:rsidRPr="003260F1" w:rsidRDefault="00412AFB" w:rsidP="006C01D2">
            <w:pPr>
              <w:rPr>
                <w:sz w:val="20"/>
                <w:szCs w:val="20"/>
              </w:rPr>
            </w:pP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např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. </w:t>
            </w:r>
            <w:proofErr w:type="spellStart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vzduch</w:t>
            </w:r>
            <w:proofErr w:type="spellEnd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/</w:t>
            </w:r>
            <w:proofErr w:type="spellStart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voda</w:t>
            </w:r>
            <w:proofErr w:type="spellEnd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 xml:space="preserve">/   </w:t>
            </w:r>
            <w:proofErr w:type="spellStart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země</w:t>
            </w:r>
            <w:proofErr w:type="spellEnd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/</w:t>
            </w:r>
            <w:proofErr w:type="spellStart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voda</w:t>
            </w:r>
            <w:proofErr w:type="spellEnd"/>
            <w:proofErr w:type="gramStart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 xml:space="preserve">/  </w:t>
            </w:r>
            <w:proofErr w:type="spellStart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voda</w:t>
            </w:r>
            <w:proofErr w:type="spellEnd"/>
            <w:proofErr w:type="gramEnd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/</w:t>
            </w:r>
            <w:proofErr w:type="spellStart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voda</w:t>
            </w:r>
            <w:proofErr w:type="spellEnd"/>
            <w:proofErr w:type="gramStart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 xml:space="preserve">/  </w:t>
            </w:r>
            <w:proofErr w:type="spellStart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vzduch</w:t>
            </w:r>
            <w:proofErr w:type="spellEnd"/>
            <w:proofErr w:type="gramEnd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 xml:space="preserve">/ </w:t>
            </w:r>
            <w:proofErr w:type="spellStart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>vzduch</w:t>
            </w:r>
            <w:proofErr w:type="spellEnd"/>
            <w:r w:rsidR="00243F74" w:rsidRPr="00243F74">
              <w:rPr>
                <w:color w:val="A6A6A6" w:themeColor="background1" w:themeShade="A6"/>
                <w:sz w:val="18"/>
                <w:szCs w:val="18"/>
              </w:rPr>
              <w:t xml:space="preserve">    </w:t>
            </w:r>
          </w:p>
        </w:tc>
      </w:tr>
      <w:tr w:rsidR="00FF4406" w:rsidRPr="003260F1" w14:paraId="2387FC01" w14:textId="77777777" w:rsidTr="006C01D2">
        <w:trPr>
          <w:trHeight w:val="340"/>
        </w:trPr>
        <w:tc>
          <w:tcPr>
            <w:tcW w:w="2943" w:type="dxa"/>
            <w:vMerge w:val="restart"/>
            <w:shd w:val="clear" w:color="auto" w:fill="F9F8F5"/>
            <w:vAlign w:val="center"/>
          </w:tcPr>
          <w:p w14:paraId="139C5268" w14:textId="0D8146A0" w:rsidR="00FF4406" w:rsidRPr="00524F64" w:rsidRDefault="00FF4406" w:rsidP="006C01D2">
            <w:pPr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</w:pP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Distribuce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 xml:space="preserve"> </w:t>
            </w: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tepla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: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911246C" w14:textId="4396BD16" w:rsidR="00FF4406" w:rsidRPr="00524F64" w:rsidRDefault="00FF4406" w:rsidP="006C01D2">
            <w:pPr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</w:pPr>
            <w:proofErr w:type="spellStart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>Radiátory</w:t>
            </w:r>
            <w:proofErr w:type="spellEnd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  <w:color w:val="262626" w:themeColor="text1" w:themeTint="D9"/>
                  <w:sz w:val="20"/>
                  <w:szCs w:val="20"/>
                </w:rPr>
                <w:id w:val="-169336211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Pr="00524F64">
                  <w:rPr>
                    <w:rFonts w:ascii="Segoe UI Symbol" w:hAnsi="Segoe UI Symbol" w:cs="Segoe UI Symbol"/>
                    <w:color w:val="262626" w:themeColor="text1" w:themeTint="D9"/>
                    <w:sz w:val="20"/>
                    <w:szCs w:val="20"/>
                  </w:rPr>
                  <w:t>⬡</w:t>
                </w:r>
              </w:sdtContent>
            </w:sdt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</w:t>
            </w:r>
          </w:p>
        </w:tc>
        <w:tc>
          <w:tcPr>
            <w:tcW w:w="2362" w:type="dxa"/>
            <w:gridSpan w:val="2"/>
            <w:shd w:val="clear" w:color="auto" w:fill="FFFFFF" w:themeFill="background1"/>
            <w:vAlign w:val="center"/>
          </w:tcPr>
          <w:p w14:paraId="21AF3C3F" w14:textId="4689D243" w:rsidR="00FF4406" w:rsidRPr="00B637F8" w:rsidRDefault="00FF4406" w:rsidP="006C01D2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B637F8">
              <w:rPr>
                <w:rFonts w:asciiTheme="majorHAnsi" w:hAnsiTheme="majorHAnsi" w:cstheme="majorHAnsi"/>
                <w:sz w:val="20"/>
                <w:szCs w:val="20"/>
              </w:rPr>
              <w:t>Podlahové</w:t>
            </w:r>
            <w:proofErr w:type="spellEnd"/>
            <w:r w:rsidRPr="00B637F8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B637F8">
              <w:rPr>
                <w:rFonts w:asciiTheme="majorHAnsi" w:hAnsiTheme="majorHAnsi" w:cstheme="majorHAnsi"/>
                <w:sz w:val="20"/>
                <w:szCs w:val="20"/>
              </w:rPr>
              <w:t>vytápění</w:t>
            </w:r>
            <w:proofErr w:type="spellEnd"/>
            <w:r w:rsidRPr="00B637F8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1671755007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Pr="00B637F8">
                  <w:rPr>
                    <w:rFonts w:ascii="Segoe UI Symbol" w:hAnsi="Segoe UI Symbol" w:cs="Segoe UI Symbol"/>
                    <w:sz w:val="20"/>
                    <w:szCs w:val="20"/>
                  </w:rPr>
                  <w:t>⬡</w:t>
                </w:r>
              </w:sdtContent>
            </w:sdt>
            <w:r w:rsidRPr="00B637F8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</w:p>
        </w:tc>
        <w:tc>
          <w:tcPr>
            <w:tcW w:w="1962" w:type="dxa"/>
            <w:shd w:val="clear" w:color="auto" w:fill="FFFFFF" w:themeFill="background1"/>
            <w:vAlign w:val="center"/>
          </w:tcPr>
          <w:p w14:paraId="6F1213A1" w14:textId="08E0D4E7" w:rsidR="00FF4406" w:rsidRPr="00B637F8" w:rsidRDefault="00FF4406" w:rsidP="006C01D2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B637F8">
              <w:rPr>
                <w:rFonts w:asciiTheme="majorHAnsi" w:hAnsiTheme="majorHAnsi" w:cstheme="majorHAnsi"/>
                <w:sz w:val="20"/>
                <w:szCs w:val="20"/>
              </w:rPr>
              <w:t>Kombinace</w:t>
            </w:r>
            <w:proofErr w:type="spellEnd"/>
            <w:r w:rsidRPr="00B637F8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1772439490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Pr="00B637F8">
                  <w:rPr>
                    <w:rFonts w:ascii="Segoe UI Symbol" w:hAnsi="Segoe UI Symbol" w:cs="Segoe UI Symbol"/>
                    <w:sz w:val="20"/>
                    <w:szCs w:val="20"/>
                  </w:rPr>
                  <w:t>⬡</w:t>
                </w:r>
              </w:sdtContent>
            </w:sdt>
          </w:p>
        </w:tc>
      </w:tr>
      <w:tr w:rsidR="00FF4406" w:rsidRPr="003260F1" w14:paraId="2A741213" w14:textId="77777777" w:rsidTr="006C01D2">
        <w:trPr>
          <w:trHeight w:val="57"/>
        </w:trPr>
        <w:tc>
          <w:tcPr>
            <w:tcW w:w="2943" w:type="dxa"/>
            <w:vMerge/>
            <w:shd w:val="clear" w:color="auto" w:fill="F9F8F5"/>
            <w:vAlign w:val="center"/>
          </w:tcPr>
          <w:p w14:paraId="59A5C8C0" w14:textId="77777777" w:rsidR="00FF4406" w:rsidRPr="00524F64" w:rsidRDefault="00FF4406" w:rsidP="006C01D2">
            <w:pPr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</w:pPr>
          </w:p>
        </w:tc>
        <w:tc>
          <w:tcPr>
            <w:tcW w:w="5884" w:type="dxa"/>
            <w:gridSpan w:val="4"/>
            <w:shd w:val="clear" w:color="auto" w:fill="F9F8F5"/>
            <w:vAlign w:val="center"/>
          </w:tcPr>
          <w:p w14:paraId="481360C4" w14:textId="77777777" w:rsidR="00FF4406" w:rsidRPr="00524F64" w:rsidRDefault="00FF4406" w:rsidP="006C01D2">
            <w:pPr>
              <w:rPr>
                <w:color w:val="262626" w:themeColor="text1" w:themeTint="D9"/>
                <w:sz w:val="8"/>
                <w:szCs w:val="8"/>
              </w:rPr>
            </w:pPr>
          </w:p>
        </w:tc>
      </w:tr>
      <w:tr w:rsidR="00FF4406" w:rsidRPr="003260F1" w14:paraId="03E8D8F7" w14:textId="77777777" w:rsidTr="006C01D2">
        <w:trPr>
          <w:trHeight w:val="340"/>
        </w:trPr>
        <w:tc>
          <w:tcPr>
            <w:tcW w:w="2943" w:type="dxa"/>
            <w:vMerge w:val="restart"/>
            <w:shd w:val="clear" w:color="auto" w:fill="F9F8F5"/>
            <w:vAlign w:val="center"/>
          </w:tcPr>
          <w:p w14:paraId="0369C41F" w14:textId="0CC21A8D" w:rsidR="00FF4406" w:rsidRPr="00524F64" w:rsidRDefault="00FF4406" w:rsidP="006C01D2">
            <w:pPr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</w:pP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Tepelná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 xml:space="preserve"> </w:t>
            </w: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regulace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:</w:t>
            </w:r>
          </w:p>
        </w:tc>
        <w:tc>
          <w:tcPr>
            <w:tcW w:w="1961" w:type="dxa"/>
            <w:gridSpan w:val="2"/>
            <w:shd w:val="clear" w:color="auto" w:fill="FFFFFF" w:themeFill="background1"/>
            <w:vAlign w:val="center"/>
          </w:tcPr>
          <w:p w14:paraId="3521A0D2" w14:textId="7D20BCBD" w:rsidR="00FF4406" w:rsidRPr="00524F64" w:rsidRDefault="00FF4406" w:rsidP="006C01D2">
            <w:pPr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</w:pPr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>N</w:t>
            </w:r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a </w:t>
            </w:r>
            <w:proofErr w:type="spellStart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>radiátorech</w:t>
            </w:r>
            <w:proofErr w:type="spellEnd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  <w:color w:val="262626" w:themeColor="text1" w:themeTint="D9"/>
                  <w:sz w:val="20"/>
                  <w:szCs w:val="20"/>
                </w:rPr>
                <w:id w:val="-333765776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Pr="00524F64">
                  <w:rPr>
                    <w:rFonts w:ascii="Segoe UI Symbol" w:hAnsi="Segoe UI Symbol" w:cs="Segoe UI Symbol"/>
                    <w:color w:val="262626" w:themeColor="text1" w:themeTint="D9"/>
                    <w:sz w:val="20"/>
                    <w:szCs w:val="20"/>
                  </w:rPr>
                  <w:t>⬡</w:t>
                </w:r>
              </w:sdtContent>
            </w:sdt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</w:t>
            </w:r>
          </w:p>
        </w:tc>
        <w:tc>
          <w:tcPr>
            <w:tcW w:w="1961" w:type="dxa"/>
            <w:shd w:val="clear" w:color="auto" w:fill="FFFFFF" w:themeFill="background1"/>
            <w:vAlign w:val="center"/>
          </w:tcPr>
          <w:p w14:paraId="66235CB2" w14:textId="483E3D12" w:rsidR="00FF4406" w:rsidRPr="00B637F8" w:rsidRDefault="00FF4406" w:rsidP="006C01D2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T</w:t>
            </w:r>
            <w:r w:rsidRPr="00B637F8">
              <w:rPr>
                <w:rFonts w:asciiTheme="majorHAnsi" w:hAnsiTheme="majorHAnsi" w:cstheme="majorHAnsi"/>
                <w:sz w:val="20"/>
                <w:szCs w:val="20"/>
              </w:rPr>
              <w:t>ermostat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y</w:t>
            </w:r>
            <w:proofErr w:type="spellEnd"/>
            <w:r w:rsidRPr="00B637F8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5413723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Pr="00B637F8">
                  <w:rPr>
                    <w:rFonts w:ascii="Segoe UI Symbol" w:hAnsi="Segoe UI Symbol" w:cs="Segoe UI Symbol"/>
                    <w:sz w:val="20"/>
                    <w:szCs w:val="20"/>
                  </w:rPr>
                  <w:t>⬡</w:t>
                </w:r>
              </w:sdtContent>
            </w:sdt>
            <w:r w:rsidRPr="00B637F8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</w:p>
        </w:tc>
        <w:tc>
          <w:tcPr>
            <w:tcW w:w="1962" w:type="dxa"/>
            <w:shd w:val="clear" w:color="auto" w:fill="FFFFFF" w:themeFill="background1"/>
            <w:vAlign w:val="center"/>
          </w:tcPr>
          <w:p w14:paraId="0B959103" w14:textId="4E064FBF" w:rsidR="00FF4406" w:rsidRPr="00B637F8" w:rsidRDefault="00FF4406" w:rsidP="006C01D2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B637F8">
              <w:rPr>
                <w:rFonts w:asciiTheme="majorHAnsi" w:hAnsiTheme="majorHAnsi" w:cstheme="majorHAnsi"/>
                <w:sz w:val="20"/>
                <w:szCs w:val="20"/>
              </w:rPr>
              <w:t>Kombinace</w:t>
            </w:r>
            <w:proofErr w:type="spellEnd"/>
            <w:r w:rsidRPr="00B637F8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1285391945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Pr="00B637F8">
                  <w:rPr>
                    <w:rFonts w:ascii="Segoe UI Symbol" w:hAnsi="Segoe UI Symbol" w:cs="Segoe UI Symbol"/>
                    <w:sz w:val="20"/>
                    <w:szCs w:val="20"/>
                  </w:rPr>
                  <w:t>⬡</w:t>
                </w:r>
              </w:sdtContent>
            </w:sdt>
            <w:r w:rsidRPr="00B637F8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</w:p>
        </w:tc>
      </w:tr>
      <w:tr w:rsidR="00FF4406" w:rsidRPr="003260F1" w14:paraId="3067DA60" w14:textId="77777777" w:rsidTr="006C01D2">
        <w:trPr>
          <w:trHeight w:val="57"/>
        </w:trPr>
        <w:tc>
          <w:tcPr>
            <w:tcW w:w="2943" w:type="dxa"/>
            <w:vMerge/>
            <w:shd w:val="clear" w:color="auto" w:fill="F9F8F5"/>
            <w:vAlign w:val="center"/>
          </w:tcPr>
          <w:p w14:paraId="07032061" w14:textId="77777777" w:rsidR="00FF4406" w:rsidRPr="00524F64" w:rsidRDefault="00FF4406" w:rsidP="006C01D2">
            <w:pPr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</w:pPr>
          </w:p>
        </w:tc>
        <w:tc>
          <w:tcPr>
            <w:tcW w:w="5884" w:type="dxa"/>
            <w:gridSpan w:val="4"/>
            <w:shd w:val="clear" w:color="auto" w:fill="F9F8F5"/>
            <w:vAlign w:val="center"/>
          </w:tcPr>
          <w:p w14:paraId="1DFDE5DC" w14:textId="77777777" w:rsidR="00FF4406" w:rsidRPr="00524F64" w:rsidRDefault="00FF4406" w:rsidP="006C01D2">
            <w:pPr>
              <w:rPr>
                <w:color w:val="262626" w:themeColor="text1" w:themeTint="D9"/>
                <w:sz w:val="8"/>
                <w:szCs w:val="8"/>
              </w:rPr>
            </w:pPr>
          </w:p>
        </w:tc>
      </w:tr>
      <w:tr w:rsidR="00FF4406" w:rsidRPr="003260F1" w14:paraId="77E7ABC6" w14:textId="77777777" w:rsidTr="006C01D2">
        <w:trPr>
          <w:trHeight w:val="227"/>
        </w:trPr>
        <w:tc>
          <w:tcPr>
            <w:tcW w:w="2943" w:type="dxa"/>
            <w:vMerge w:val="restart"/>
            <w:shd w:val="clear" w:color="auto" w:fill="F9F8F5"/>
            <w:vAlign w:val="center"/>
          </w:tcPr>
          <w:p w14:paraId="46435125" w14:textId="6D07BCE7" w:rsidR="00FF4406" w:rsidRPr="00524F64" w:rsidRDefault="00FF4406" w:rsidP="006C01D2">
            <w:pPr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</w:pP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Ohřev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 xml:space="preserve"> </w:t>
            </w: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teplé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 xml:space="preserve"> </w:t>
            </w: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vody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:</w:t>
            </w:r>
          </w:p>
        </w:tc>
        <w:tc>
          <w:tcPr>
            <w:tcW w:w="5884" w:type="dxa"/>
            <w:gridSpan w:val="4"/>
            <w:shd w:val="clear" w:color="auto" w:fill="FFFFFF" w:themeFill="background1"/>
            <w:vAlign w:val="center"/>
          </w:tcPr>
          <w:p w14:paraId="38ACF136" w14:textId="35D777A5" w:rsidR="00FF4406" w:rsidRPr="00524F64" w:rsidRDefault="00FF4406" w:rsidP="006C01D2">
            <w:pPr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</w:pPr>
            <w:proofErr w:type="spellStart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>Společný</w:t>
            </w:r>
            <w:proofErr w:type="spellEnd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se </w:t>
            </w:r>
            <w:proofErr w:type="spellStart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>zdrojem</w:t>
            </w:r>
            <w:proofErr w:type="spellEnd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</w:t>
            </w:r>
            <w:proofErr w:type="spellStart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>vytápění</w:t>
            </w:r>
            <w:proofErr w:type="spellEnd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  <w:color w:val="262626" w:themeColor="text1" w:themeTint="D9"/>
                  <w:sz w:val="20"/>
                  <w:szCs w:val="20"/>
                </w:rPr>
                <w:id w:val="660731732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Pr="00524F64">
                  <w:rPr>
                    <w:rFonts w:ascii="Segoe UI Symbol" w:hAnsi="Segoe UI Symbol" w:cstheme="majorHAnsi"/>
                    <w:color w:val="262626" w:themeColor="text1" w:themeTint="D9"/>
                    <w:sz w:val="20"/>
                    <w:szCs w:val="20"/>
                  </w:rPr>
                  <w:t>⬡</w:t>
                </w:r>
              </w:sdtContent>
            </w:sdt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</w:t>
            </w:r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  </w:t>
            </w:r>
            <w:proofErr w:type="spellStart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>Elektrický</w:t>
            </w:r>
            <w:proofErr w:type="spellEnd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</w:t>
            </w:r>
            <w:proofErr w:type="spellStart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>bojler</w:t>
            </w:r>
            <w:proofErr w:type="spellEnd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  <w:color w:val="262626" w:themeColor="text1" w:themeTint="D9"/>
                  <w:sz w:val="20"/>
                  <w:szCs w:val="20"/>
                </w:rPr>
                <w:id w:val="1832950142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Pr="00524F64">
                  <w:rPr>
                    <w:rFonts w:ascii="Segoe UI Symbol" w:hAnsi="Segoe UI Symbol" w:cs="Segoe UI Symbol"/>
                    <w:color w:val="262626" w:themeColor="text1" w:themeTint="D9"/>
                    <w:sz w:val="20"/>
                    <w:szCs w:val="20"/>
                  </w:rPr>
                  <w:t>⬡</w:t>
                </w:r>
              </w:sdtContent>
            </w:sdt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</w:t>
            </w:r>
          </w:p>
          <w:p w14:paraId="1F8CCED6" w14:textId="7AC9F70C" w:rsidR="00FF4406" w:rsidRPr="00524F64" w:rsidRDefault="00FF4406" w:rsidP="006C01D2">
            <w:pPr>
              <w:rPr>
                <w:rFonts w:asciiTheme="majorHAnsi" w:hAnsiTheme="majorHAnsi" w:cstheme="majorHAnsi"/>
                <w:b/>
                <w:bCs/>
                <w:color w:val="262626" w:themeColor="text1" w:themeTint="D9"/>
              </w:rPr>
            </w:pPr>
            <w:proofErr w:type="spellStart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>Plynový</w:t>
            </w:r>
            <w:proofErr w:type="spellEnd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</w:t>
            </w:r>
            <w:proofErr w:type="spellStart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>ohřívač</w:t>
            </w:r>
            <w:proofErr w:type="spellEnd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  <w:color w:val="262626" w:themeColor="text1" w:themeTint="D9"/>
                  <w:sz w:val="20"/>
                  <w:szCs w:val="20"/>
                </w:rPr>
                <w:id w:val="-343707843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Pr="00524F64">
                  <w:rPr>
                    <w:rFonts w:ascii="Segoe UI Symbol" w:hAnsi="Segoe UI Symbol" w:cs="Segoe UI Symbol"/>
                    <w:color w:val="262626" w:themeColor="text1" w:themeTint="D9"/>
                    <w:sz w:val="20"/>
                    <w:szCs w:val="20"/>
                  </w:rPr>
                  <w:t>⬡</w:t>
                </w:r>
              </w:sdtContent>
            </w:sdt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</w:t>
            </w:r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</w:t>
            </w:r>
            <w:r w:rsidR="00243F7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  </w:t>
            </w:r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</w:t>
            </w:r>
            <w:proofErr w:type="spellStart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>Dálkový</w:t>
            </w:r>
            <w:proofErr w:type="spellEnd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</w:t>
            </w:r>
            <w:proofErr w:type="spellStart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>ohřev</w:t>
            </w:r>
            <w:proofErr w:type="spellEnd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  <w:color w:val="262626" w:themeColor="text1" w:themeTint="D9"/>
                  <w:sz w:val="20"/>
                  <w:szCs w:val="20"/>
                </w:rPr>
                <w:id w:val="-1079357681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Pr="00524F64">
                  <w:rPr>
                    <w:rFonts w:ascii="Segoe UI Symbol" w:hAnsi="Segoe UI Symbol" w:cs="Segoe UI Symbol"/>
                    <w:color w:val="262626" w:themeColor="text1" w:themeTint="D9"/>
                    <w:sz w:val="20"/>
                    <w:szCs w:val="20"/>
                  </w:rPr>
                  <w:t>⬡</w:t>
                </w:r>
              </w:sdtContent>
            </w:sdt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</w:t>
            </w:r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</w:t>
            </w:r>
            <w:r w:rsidR="00243F7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       </w:t>
            </w:r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</w:t>
            </w:r>
            <w:proofErr w:type="spellStart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>Jiné</w:t>
            </w:r>
            <w:proofErr w:type="spellEnd"/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</w:t>
            </w:r>
            <w:sdt>
              <w:sdtPr>
                <w:rPr>
                  <w:rFonts w:asciiTheme="majorHAnsi" w:hAnsiTheme="majorHAnsi" w:cstheme="majorHAnsi"/>
                  <w:color w:val="262626" w:themeColor="text1" w:themeTint="D9"/>
                  <w:sz w:val="20"/>
                  <w:szCs w:val="20"/>
                </w:rPr>
                <w:id w:val="1892308094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Pr="00524F64">
                  <w:rPr>
                    <w:rFonts w:ascii="Segoe UI Symbol" w:hAnsi="Segoe UI Symbol" w:cs="Segoe UI Symbol"/>
                    <w:color w:val="262626" w:themeColor="text1" w:themeTint="D9"/>
                    <w:sz w:val="20"/>
                    <w:szCs w:val="20"/>
                  </w:rPr>
                  <w:t>⬡</w:t>
                </w:r>
              </w:sdtContent>
            </w:sdt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</w:t>
            </w:r>
          </w:p>
        </w:tc>
      </w:tr>
      <w:tr w:rsidR="00FF4406" w:rsidRPr="003260F1" w14:paraId="708EE9E3" w14:textId="77777777" w:rsidTr="006C01D2">
        <w:trPr>
          <w:trHeight w:val="57"/>
        </w:trPr>
        <w:tc>
          <w:tcPr>
            <w:tcW w:w="2943" w:type="dxa"/>
            <w:vMerge/>
            <w:shd w:val="clear" w:color="auto" w:fill="F9F8F5"/>
            <w:vAlign w:val="center"/>
          </w:tcPr>
          <w:p w14:paraId="535A2DF5" w14:textId="505FD085" w:rsidR="00FF4406" w:rsidRPr="00524F64" w:rsidRDefault="00FF4406" w:rsidP="006C01D2">
            <w:pPr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</w:pPr>
          </w:p>
        </w:tc>
        <w:tc>
          <w:tcPr>
            <w:tcW w:w="5884" w:type="dxa"/>
            <w:gridSpan w:val="4"/>
            <w:shd w:val="clear" w:color="auto" w:fill="F9F8F5"/>
            <w:vAlign w:val="center"/>
          </w:tcPr>
          <w:p w14:paraId="45A1F05D" w14:textId="77777777" w:rsidR="00FF4406" w:rsidRPr="00524F64" w:rsidRDefault="00FF4406" w:rsidP="006C01D2">
            <w:pPr>
              <w:rPr>
                <w:color w:val="262626" w:themeColor="text1" w:themeTint="D9"/>
                <w:sz w:val="8"/>
                <w:szCs w:val="8"/>
              </w:rPr>
            </w:pPr>
          </w:p>
        </w:tc>
      </w:tr>
      <w:tr w:rsidR="00FF4406" w:rsidRPr="003260F1" w14:paraId="3B8F21D5" w14:textId="77777777" w:rsidTr="006C01D2">
        <w:trPr>
          <w:trHeight w:val="340"/>
        </w:trPr>
        <w:tc>
          <w:tcPr>
            <w:tcW w:w="2943" w:type="dxa"/>
            <w:vMerge w:val="restart"/>
            <w:shd w:val="clear" w:color="auto" w:fill="F9F8F5"/>
            <w:vAlign w:val="center"/>
          </w:tcPr>
          <w:p w14:paraId="5C803451" w14:textId="0F41DEA9" w:rsidR="00FF4406" w:rsidRPr="00524F64" w:rsidRDefault="00FF4406" w:rsidP="006C01D2">
            <w:pPr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</w:pP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Spůsob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 xml:space="preserve"> </w:t>
            </w: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ohřevu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 xml:space="preserve"> </w:t>
            </w: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vody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:</w:t>
            </w:r>
          </w:p>
        </w:tc>
        <w:tc>
          <w:tcPr>
            <w:tcW w:w="5884" w:type="dxa"/>
            <w:gridSpan w:val="4"/>
            <w:shd w:val="clear" w:color="auto" w:fill="FFFFFF" w:themeFill="background1"/>
            <w:vAlign w:val="center"/>
          </w:tcPr>
          <w:p w14:paraId="3D63DFD7" w14:textId="06D11636" w:rsidR="00FF4406" w:rsidRPr="00524F64" w:rsidRDefault="00FF4406" w:rsidP="006C01D2">
            <w:pPr>
              <w:rPr>
                <w:color w:val="262626" w:themeColor="text1" w:themeTint="D9"/>
                <w:sz w:val="20"/>
                <w:szCs w:val="20"/>
              </w:rPr>
            </w:pPr>
            <w:proofErr w:type="spellStart"/>
            <w:r w:rsidRPr="00524F64">
              <w:rPr>
                <w:color w:val="262626" w:themeColor="text1" w:themeTint="D9"/>
                <w:sz w:val="20"/>
                <w:szCs w:val="20"/>
              </w:rPr>
              <w:t>externí</w:t>
            </w:r>
            <w:proofErr w:type="spellEnd"/>
            <w:r w:rsidRPr="00524F64">
              <w:rPr>
                <w:color w:val="262626" w:themeColor="text1" w:themeTint="D9"/>
                <w:sz w:val="20"/>
                <w:szCs w:val="20"/>
              </w:rPr>
              <w:t xml:space="preserve"> </w:t>
            </w:r>
            <w:proofErr w:type="spellStart"/>
            <w:r w:rsidRPr="00524F64">
              <w:rPr>
                <w:color w:val="262626" w:themeColor="text1" w:themeTint="D9"/>
                <w:sz w:val="20"/>
                <w:szCs w:val="20"/>
              </w:rPr>
              <w:t>zásobník</w:t>
            </w:r>
            <w:proofErr w:type="spellEnd"/>
            <w:r w:rsidRPr="00524F64">
              <w:rPr>
                <w:color w:val="262626" w:themeColor="text1" w:themeTint="D9"/>
                <w:sz w:val="20"/>
                <w:szCs w:val="20"/>
              </w:rPr>
              <w:t xml:space="preserve"> </w:t>
            </w:r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</w:t>
            </w:r>
            <w:sdt>
              <w:sdtPr>
                <w:rPr>
                  <w:rFonts w:asciiTheme="majorHAnsi" w:hAnsiTheme="majorHAnsi" w:cstheme="majorHAnsi"/>
                  <w:color w:val="262626" w:themeColor="text1" w:themeTint="D9"/>
                  <w:sz w:val="20"/>
                  <w:szCs w:val="20"/>
                </w:rPr>
                <w:id w:val="311453034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Pr="00524F64">
                  <w:rPr>
                    <w:rFonts w:ascii="Segoe UI Symbol" w:hAnsi="Segoe UI Symbol" w:cs="Segoe UI Symbol"/>
                    <w:color w:val="262626" w:themeColor="text1" w:themeTint="D9"/>
                    <w:sz w:val="20"/>
                    <w:szCs w:val="20"/>
                  </w:rPr>
                  <w:t>⬡</w:t>
                </w:r>
              </w:sdtContent>
            </w:sdt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</w:t>
            </w:r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 </w:t>
            </w:r>
            <w:proofErr w:type="spellStart"/>
            <w:r w:rsidRPr="00524F64">
              <w:rPr>
                <w:color w:val="262626" w:themeColor="text1" w:themeTint="D9"/>
                <w:sz w:val="20"/>
                <w:szCs w:val="20"/>
              </w:rPr>
              <w:t>interní</w:t>
            </w:r>
            <w:proofErr w:type="spellEnd"/>
            <w:r w:rsidRPr="00524F64">
              <w:rPr>
                <w:color w:val="262626" w:themeColor="text1" w:themeTint="D9"/>
                <w:sz w:val="20"/>
                <w:szCs w:val="20"/>
              </w:rPr>
              <w:t xml:space="preserve"> </w:t>
            </w:r>
            <w:proofErr w:type="spellStart"/>
            <w:r w:rsidRPr="00524F64">
              <w:rPr>
                <w:color w:val="262626" w:themeColor="text1" w:themeTint="D9"/>
                <w:sz w:val="20"/>
                <w:szCs w:val="20"/>
              </w:rPr>
              <w:t>zásobník</w:t>
            </w:r>
            <w:proofErr w:type="spellEnd"/>
            <w:r w:rsidRPr="00524F64">
              <w:rPr>
                <w:color w:val="262626" w:themeColor="text1" w:themeTint="D9"/>
                <w:sz w:val="20"/>
                <w:szCs w:val="20"/>
              </w:rPr>
              <w:t xml:space="preserve"> </w:t>
            </w:r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</w:t>
            </w:r>
            <w:sdt>
              <w:sdtPr>
                <w:rPr>
                  <w:rFonts w:asciiTheme="majorHAnsi" w:hAnsiTheme="majorHAnsi" w:cstheme="majorHAnsi"/>
                  <w:color w:val="262626" w:themeColor="text1" w:themeTint="D9"/>
                  <w:sz w:val="20"/>
                  <w:szCs w:val="20"/>
                </w:rPr>
                <w:id w:val="604620030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Pr="00524F64">
                  <w:rPr>
                    <w:rFonts w:ascii="Segoe UI Symbol" w:hAnsi="Segoe UI Symbol" w:cs="Segoe UI Symbol"/>
                    <w:color w:val="262626" w:themeColor="text1" w:themeTint="D9"/>
                    <w:sz w:val="20"/>
                    <w:szCs w:val="20"/>
                  </w:rPr>
                  <w:t>⬡</w:t>
                </w:r>
              </w:sdtContent>
            </w:sdt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</w:t>
            </w:r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</w:t>
            </w:r>
            <w:r w:rsidRPr="00524F64">
              <w:rPr>
                <w:color w:val="262626" w:themeColor="text1" w:themeTint="D9"/>
                <w:sz w:val="20"/>
                <w:szCs w:val="20"/>
              </w:rPr>
              <w:t xml:space="preserve"> </w:t>
            </w:r>
            <w:proofErr w:type="spellStart"/>
            <w:r w:rsidRPr="00524F64">
              <w:rPr>
                <w:color w:val="262626" w:themeColor="text1" w:themeTint="D9"/>
                <w:sz w:val="20"/>
                <w:szCs w:val="20"/>
              </w:rPr>
              <w:t>průtokově</w:t>
            </w:r>
            <w:proofErr w:type="spellEnd"/>
            <w:r w:rsidRPr="00524F64">
              <w:rPr>
                <w:color w:val="262626" w:themeColor="text1" w:themeTint="D9"/>
                <w:sz w:val="20"/>
                <w:szCs w:val="20"/>
              </w:rPr>
              <w:t xml:space="preserve"> </w:t>
            </w:r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</w:t>
            </w:r>
            <w:sdt>
              <w:sdtPr>
                <w:rPr>
                  <w:rFonts w:asciiTheme="majorHAnsi" w:hAnsiTheme="majorHAnsi" w:cstheme="majorHAnsi"/>
                  <w:color w:val="262626" w:themeColor="text1" w:themeTint="D9"/>
                  <w:sz w:val="20"/>
                  <w:szCs w:val="20"/>
                </w:rPr>
                <w:id w:val="1477493499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Pr="00524F64">
                  <w:rPr>
                    <w:rFonts w:ascii="Segoe UI Symbol" w:hAnsi="Segoe UI Symbol" w:cs="Segoe UI Symbol"/>
                    <w:color w:val="262626" w:themeColor="text1" w:themeTint="D9"/>
                    <w:sz w:val="20"/>
                    <w:szCs w:val="20"/>
                  </w:rPr>
                  <w:t>⬡</w:t>
                </w:r>
              </w:sdtContent>
            </w:sdt>
            <w:r w:rsidRPr="00524F64">
              <w:rPr>
                <w:rFonts w:asciiTheme="majorHAnsi" w:hAnsiTheme="majorHAnsi" w:cstheme="majorHAnsi"/>
                <w:color w:val="262626" w:themeColor="text1" w:themeTint="D9"/>
                <w:sz w:val="20"/>
                <w:szCs w:val="20"/>
              </w:rPr>
              <w:t xml:space="preserve">  </w:t>
            </w:r>
          </w:p>
        </w:tc>
      </w:tr>
      <w:tr w:rsidR="00FF4406" w:rsidRPr="003260F1" w14:paraId="55AB6ED7" w14:textId="77777777" w:rsidTr="006C01D2">
        <w:trPr>
          <w:trHeight w:val="57"/>
        </w:trPr>
        <w:tc>
          <w:tcPr>
            <w:tcW w:w="2943" w:type="dxa"/>
            <w:vMerge/>
            <w:shd w:val="clear" w:color="auto" w:fill="F9F8F5"/>
            <w:vAlign w:val="center"/>
          </w:tcPr>
          <w:p w14:paraId="1B119748" w14:textId="77777777" w:rsidR="00FF4406" w:rsidRPr="00524F64" w:rsidRDefault="00FF4406" w:rsidP="006C01D2">
            <w:pPr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</w:pPr>
          </w:p>
        </w:tc>
        <w:tc>
          <w:tcPr>
            <w:tcW w:w="5884" w:type="dxa"/>
            <w:gridSpan w:val="4"/>
            <w:shd w:val="clear" w:color="auto" w:fill="F9F8F5"/>
            <w:vAlign w:val="center"/>
          </w:tcPr>
          <w:p w14:paraId="0CE5599C" w14:textId="77777777" w:rsidR="00FF4406" w:rsidRPr="00FF4406" w:rsidRDefault="00FF4406" w:rsidP="006C01D2">
            <w:pPr>
              <w:rPr>
                <w:color w:val="A6A6A6" w:themeColor="background1" w:themeShade="A6"/>
                <w:sz w:val="8"/>
                <w:szCs w:val="8"/>
              </w:rPr>
            </w:pPr>
          </w:p>
        </w:tc>
      </w:tr>
      <w:tr w:rsidR="006C01D2" w:rsidRPr="003260F1" w14:paraId="0A0241F2" w14:textId="77777777" w:rsidTr="006C01D2">
        <w:trPr>
          <w:trHeight w:val="340"/>
        </w:trPr>
        <w:tc>
          <w:tcPr>
            <w:tcW w:w="2943" w:type="dxa"/>
            <w:vMerge w:val="restart"/>
            <w:shd w:val="clear" w:color="auto" w:fill="F9F8F5"/>
            <w:vAlign w:val="center"/>
          </w:tcPr>
          <w:p w14:paraId="2722B5ED" w14:textId="5779107F" w:rsidR="006C01D2" w:rsidRPr="00524F64" w:rsidRDefault="006C01D2" w:rsidP="006C01D2">
            <w:pPr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</w:pPr>
            <w:proofErr w:type="spellStart"/>
            <w:r w:rsidRPr="006C01D2"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  <w:t>Výrobce</w:t>
            </w:r>
            <w:proofErr w:type="spellEnd"/>
            <w:r w:rsidRPr="006C01D2"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  <w:t xml:space="preserve"> a typ zásobníku:</w:t>
            </w:r>
          </w:p>
        </w:tc>
        <w:tc>
          <w:tcPr>
            <w:tcW w:w="5884" w:type="dxa"/>
            <w:gridSpan w:val="4"/>
            <w:shd w:val="clear" w:color="auto" w:fill="FFFFFF" w:themeFill="background1"/>
            <w:vAlign w:val="center"/>
          </w:tcPr>
          <w:p w14:paraId="79AA0156" w14:textId="77777777" w:rsidR="006C01D2" w:rsidRPr="006C01D2" w:rsidRDefault="006C01D2" w:rsidP="006C01D2">
            <w:pPr>
              <w:rPr>
                <w:color w:val="A6A6A6" w:themeColor="background1" w:themeShade="A6"/>
                <w:sz w:val="20"/>
                <w:szCs w:val="20"/>
              </w:rPr>
            </w:pPr>
          </w:p>
        </w:tc>
      </w:tr>
      <w:tr w:rsidR="006C01D2" w:rsidRPr="003260F1" w14:paraId="36DF680B" w14:textId="77777777" w:rsidTr="006C01D2">
        <w:trPr>
          <w:trHeight w:val="57"/>
        </w:trPr>
        <w:tc>
          <w:tcPr>
            <w:tcW w:w="2943" w:type="dxa"/>
            <w:vMerge/>
            <w:shd w:val="clear" w:color="auto" w:fill="F9F8F5"/>
            <w:vAlign w:val="center"/>
          </w:tcPr>
          <w:p w14:paraId="70C43BC5" w14:textId="77777777" w:rsidR="006C01D2" w:rsidRPr="00524F64" w:rsidRDefault="006C01D2" w:rsidP="006C01D2">
            <w:pPr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</w:pPr>
          </w:p>
        </w:tc>
        <w:tc>
          <w:tcPr>
            <w:tcW w:w="5884" w:type="dxa"/>
            <w:gridSpan w:val="4"/>
            <w:shd w:val="clear" w:color="auto" w:fill="F9F8F5"/>
            <w:vAlign w:val="center"/>
          </w:tcPr>
          <w:p w14:paraId="3335ED5A" w14:textId="05A2FADE" w:rsidR="006C01D2" w:rsidRPr="00FF4406" w:rsidRDefault="006C01D2" w:rsidP="006C01D2">
            <w:pPr>
              <w:rPr>
                <w:color w:val="A6A6A6" w:themeColor="background1" w:themeShade="A6"/>
                <w:sz w:val="8"/>
                <w:szCs w:val="8"/>
              </w:rPr>
            </w:pPr>
            <w:proofErr w:type="spellStart"/>
            <w:r w:rsidRPr="00664DAD">
              <w:rPr>
                <w:color w:val="A6A6A6" w:themeColor="background1" w:themeShade="A6"/>
                <w:sz w:val="18"/>
                <w:szCs w:val="18"/>
              </w:rPr>
              <w:t>např</w:t>
            </w:r>
            <w:proofErr w:type="spellEnd"/>
            <w:r w:rsidRPr="00664DAD">
              <w:rPr>
                <w:color w:val="A6A6A6" w:themeColor="background1" w:themeShade="A6"/>
                <w:sz w:val="18"/>
                <w:szCs w:val="18"/>
              </w:rPr>
              <w:t xml:space="preserve">. </w:t>
            </w:r>
            <w:proofErr w:type="spellStart"/>
            <w:r w:rsidRPr="006C01D2">
              <w:rPr>
                <w:color w:val="A6A6A6" w:themeColor="background1" w:themeShade="A6"/>
                <w:sz w:val="18"/>
                <w:szCs w:val="18"/>
              </w:rPr>
              <w:t>Protherm</w:t>
            </w:r>
            <w:proofErr w:type="spellEnd"/>
            <w:r w:rsidRPr="006C01D2">
              <w:rPr>
                <w:color w:val="A6A6A6" w:themeColor="background1" w:themeShade="A6"/>
                <w:sz w:val="18"/>
                <w:szCs w:val="18"/>
              </w:rPr>
              <w:t xml:space="preserve"> FE 120 BM</w:t>
            </w:r>
            <w:r>
              <w:rPr>
                <w:color w:val="A6A6A6" w:themeColor="background1" w:themeShade="A6"/>
                <w:sz w:val="18"/>
                <w:szCs w:val="18"/>
              </w:rPr>
              <w:t xml:space="preserve"> s </w:t>
            </w:r>
            <w:proofErr w:type="spellStart"/>
            <w:r>
              <w:rPr>
                <w:color w:val="A6A6A6" w:themeColor="background1" w:themeShade="A6"/>
                <w:sz w:val="18"/>
                <w:szCs w:val="18"/>
              </w:rPr>
              <w:t>objemem</w:t>
            </w:r>
            <w:proofErr w:type="spellEnd"/>
            <w:r>
              <w:rPr>
                <w:color w:val="A6A6A6" w:themeColor="background1" w:themeShade="A6"/>
                <w:sz w:val="18"/>
                <w:szCs w:val="18"/>
              </w:rPr>
              <w:t xml:space="preserve"> 120 l</w:t>
            </w:r>
          </w:p>
        </w:tc>
      </w:tr>
      <w:tr w:rsidR="00FF4406" w:rsidRPr="003260F1" w14:paraId="083B0B1D" w14:textId="77777777" w:rsidTr="006C01D2">
        <w:trPr>
          <w:trHeight w:val="340"/>
        </w:trPr>
        <w:tc>
          <w:tcPr>
            <w:tcW w:w="2943" w:type="dxa"/>
            <w:vMerge w:val="restart"/>
            <w:shd w:val="clear" w:color="auto" w:fill="F9F8F5"/>
            <w:vAlign w:val="center"/>
          </w:tcPr>
          <w:p w14:paraId="7021A8B0" w14:textId="4DD2AB37" w:rsidR="00FF4406" w:rsidRPr="00524F64" w:rsidRDefault="00FF4406" w:rsidP="006C01D2">
            <w:pPr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</w:pP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Fotovoltika</w:t>
            </w:r>
            <w:proofErr w:type="spellEnd"/>
            <w:r w:rsidR="00243F74">
              <w:rPr>
                <w:b/>
                <w:bCs/>
                <w:color w:val="262626" w:themeColor="text1" w:themeTint="D9"/>
                <w:sz w:val="20"/>
                <w:szCs w:val="20"/>
              </w:rPr>
              <w:t>:</w:t>
            </w:r>
          </w:p>
        </w:tc>
        <w:tc>
          <w:tcPr>
            <w:tcW w:w="5884" w:type="dxa"/>
            <w:gridSpan w:val="4"/>
            <w:shd w:val="clear" w:color="auto" w:fill="FFFFFF" w:themeFill="background1"/>
            <w:vAlign w:val="center"/>
          </w:tcPr>
          <w:p w14:paraId="56514E70" w14:textId="77777777" w:rsidR="00FF4406" w:rsidRPr="00664DAD" w:rsidRDefault="00FF4406" w:rsidP="006C01D2">
            <w:pPr>
              <w:rPr>
                <w:color w:val="A6A6A6" w:themeColor="background1" w:themeShade="A6"/>
                <w:sz w:val="18"/>
                <w:szCs w:val="18"/>
              </w:rPr>
            </w:pPr>
          </w:p>
        </w:tc>
      </w:tr>
      <w:tr w:rsidR="00FF4406" w:rsidRPr="003260F1" w14:paraId="688B8722" w14:textId="77777777" w:rsidTr="006C01D2">
        <w:trPr>
          <w:trHeight w:val="227"/>
        </w:trPr>
        <w:tc>
          <w:tcPr>
            <w:tcW w:w="2943" w:type="dxa"/>
            <w:vMerge/>
            <w:shd w:val="clear" w:color="auto" w:fill="F9F8F5"/>
            <w:vAlign w:val="center"/>
          </w:tcPr>
          <w:p w14:paraId="44B8A778" w14:textId="77777777" w:rsidR="00FF4406" w:rsidRPr="00524F64" w:rsidRDefault="00FF4406" w:rsidP="006C01D2">
            <w:pPr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</w:pPr>
          </w:p>
        </w:tc>
        <w:tc>
          <w:tcPr>
            <w:tcW w:w="5884" w:type="dxa"/>
            <w:gridSpan w:val="4"/>
            <w:shd w:val="clear" w:color="auto" w:fill="F9F8F5"/>
            <w:vAlign w:val="center"/>
          </w:tcPr>
          <w:p w14:paraId="7AFD7557" w14:textId="6FF93AD4" w:rsidR="00FF4406" w:rsidRPr="00664DAD" w:rsidRDefault="00FF4406" w:rsidP="006C01D2">
            <w:pPr>
              <w:rPr>
                <w:color w:val="A6A6A6" w:themeColor="background1" w:themeShade="A6"/>
                <w:sz w:val="18"/>
                <w:szCs w:val="18"/>
              </w:rPr>
            </w:pPr>
            <w:proofErr w:type="spellStart"/>
            <w:r w:rsidRPr="00FF4406">
              <w:rPr>
                <w:color w:val="A6A6A6" w:themeColor="background1" w:themeShade="A6"/>
                <w:sz w:val="18"/>
                <w:szCs w:val="18"/>
              </w:rPr>
              <w:t>výkon</w:t>
            </w:r>
            <w:proofErr w:type="spellEnd"/>
            <w:r w:rsidRPr="00FF4406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Pr="00FF4406">
              <w:rPr>
                <w:color w:val="A6A6A6" w:themeColor="background1" w:themeShade="A6"/>
                <w:sz w:val="18"/>
                <w:szCs w:val="18"/>
              </w:rPr>
              <w:t>panelů</w:t>
            </w:r>
            <w:proofErr w:type="spellEnd"/>
            <w:r w:rsidRPr="00FF4406">
              <w:rPr>
                <w:color w:val="A6A6A6" w:themeColor="background1" w:themeShade="A6"/>
                <w:sz w:val="18"/>
                <w:szCs w:val="18"/>
              </w:rPr>
              <w:t xml:space="preserve"> v </w:t>
            </w:r>
            <w:proofErr w:type="spellStart"/>
            <w:r w:rsidRPr="00FF4406">
              <w:rPr>
                <w:color w:val="A6A6A6" w:themeColor="background1" w:themeShade="A6"/>
                <w:sz w:val="18"/>
                <w:szCs w:val="18"/>
              </w:rPr>
              <w:t>kWp</w:t>
            </w:r>
            <w:proofErr w:type="spellEnd"/>
          </w:p>
        </w:tc>
      </w:tr>
      <w:tr w:rsidR="00FF4406" w:rsidRPr="003260F1" w14:paraId="79A48B36" w14:textId="77777777" w:rsidTr="006C01D2">
        <w:trPr>
          <w:trHeight w:val="340"/>
        </w:trPr>
        <w:tc>
          <w:tcPr>
            <w:tcW w:w="2943" w:type="dxa"/>
            <w:vMerge w:val="restart"/>
            <w:shd w:val="clear" w:color="auto" w:fill="F9F8F5"/>
            <w:vAlign w:val="center"/>
          </w:tcPr>
          <w:p w14:paraId="3A80C8AE" w14:textId="4A2650A0" w:rsidR="00FF4406" w:rsidRPr="00524F64" w:rsidRDefault="00FF4406" w:rsidP="006C01D2">
            <w:pPr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</w:pP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Sluneční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 xml:space="preserve"> </w:t>
            </w: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kolektory</w:t>
            </w:r>
            <w:proofErr w:type="spellEnd"/>
            <w:r w:rsidR="00243F74">
              <w:rPr>
                <w:b/>
                <w:bCs/>
                <w:color w:val="262626" w:themeColor="text1" w:themeTint="D9"/>
                <w:sz w:val="20"/>
                <w:szCs w:val="20"/>
              </w:rPr>
              <w:t>:</w:t>
            </w:r>
          </w:p>
        </w:tc>
        <w:tc>
          <w:tcPr>
            <w:tcW w:w="5884" w:type="dxa"/>
            <w:gridSpan w:val="4"/>
            <w:shd w:val="clear" w:color="auto" w:fill="FFFFFF" w:themeFill="background1"/>
            <w:vAlign w:val="center"/>
          </w:tcPr>
          <w:p w14:paraId="799F91AD" w14:textId="77777777" w:rsidR="00FF4406" w:rsidRPr="00664DAD" w:rsidRDefault="00FF4406" w:rsidP="006C01D2">
            <w:pPr>
              <w:rPr>
                <w:color w:val="A6A6A6" w:themeColor="background1" w:themeShade="A6"/>
                <w:sz w:val="18"/>
                <w:szCs w:val="18"/>
              </w:rPr>
            </w:pPr>
          </w:p>
        </w:tc>
      </w:tr>
      <w:tr w:rsidR="00FF4406" w:rsidRPr="003260F1" w14:paraId="2903A77B" w14:textId="77777777" w:rsidTr="006C01D2">
        <w:trPr>
          <w:trHeight w:val="227"/>
        </w:trPr>
        <w:tc>
          <w:tcPr>
            <w:tcW w:w="2943" w:type="dxa"/>
            <w:vMerge/>
            <w:shd w:val="clear" w:color="auto" w:fill="F9F8F5"/>
            <w:vAlign w:val="center"/>
          </w:tcPr>
          <w:p w14:paraId="4B5D4603" w14:textId="77777777" w:rsidR="00FF4406" w:rsidRPr="00524F64" w:rsidRDefault="00FF4406" w:rsidP="006C01D2">
            <w:pPr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</w:pPr>
          </w:p>
        </w:tc>
        <w:tc>
          <w:tcPr>
            <w:tcW w:w="5884" w:type="dxa"/>
            <w:gridSpan w:val="4"/>
            <w:shd w:val="clear" w:color="auto" w:fill="F9F8F5"/>
            <w:vAlign w:val="center"/>
          </w:tcPr>
          <w:p w14:paraId="5453AC3E" w14:textId="23C094AC" w:rsidR="00FF4406" w:rsidRPr="00664DAD" w:rsidRDefault="00FF4406" w:rsidP="006C01D2">
            <w:pPr>
              <w:rPr>
                <w:color w:val="A6A6A6" w:themeColor="background1" w:themeShade="A6"/>
                <w:sz w:val="18"/>
                <w:szCs w:val="18"/>
              </w:rPr>
            </w:pPr>
            <w:proofErr w:type="spellStart"/>
            <w:r w:rsidRPr="00FF4406">
              <w:rPr>
                <w:color w:val="A6A6A6" w:themeColor="background1" w:themeShade="A6"/>
                <w:sz w:val="18"/>
                <w:szCs w:val="18"/>
              </w:rPr>
              <w:t>plocha</w:t>
            </w:r>
            <w:proofErr w:type="spellEnd"/>
            <w:r w:rsidRPr="00FF4406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Pr="00FF4406">
              <w:rPr>
                <w:color w:val="A6A6A6" w:themeColor="background1" w:themeShade="A6"/>
                <w:sz w:val="18"/>
                <w:szCs w:val="18"/>
              </w:rPr>
              <w:t>kolekorů</w:t>
            </w:r>
            <w:proofErr w:type="spellEnd"/>
            <w:r w:rsidRPr="00FF4406">
              <w:rPr>
                <w:color w:val="A6A6A6" w:themeColor="background1" w:themeShade="A6"/>
                <w:sz w:val="18"/>
                <w:szCs w:val="18"/>
              </w:rPr>
              <w:t xml:space="preserve"> v m2:</w:t>
            </w:r>
          </w:p>
        </w:tc>
      </w:tr>
      <w:tr w:rsidR="009A07BB" w:rsidRPr="003260F1" w14:paraId="10A8B302" w14:textId="77777777" w:rsidTr="006C01D2">
        <w:trPr>
          <w:trHeight w:val="340"/>
        </w:trPr>
        <w:tc>
          <w:tcPr>
            <w:tcW w:w="2943" w:type="dxa"/>
            <w:shd w:val="clear" w:color="auto" w:fill="F9F8F5"/>
            <w:vAlign w:val="center"/>
          </w:tcPr>
          <w:p w14:paraId="28535149" w14:textId="5882068B" w:rsidR="009A07BB" w:rsidRPr="00524F64" w:rsidRDefault="009A07BB" w:rsidP="006C01D2">
            <w:pPr>
              <w:rPr>
                <w:rFonts w:eastAsia="Times New Roman" w:cs="Calibri"/>
                <w:b/>
                <w:bCs/>
                <w:color w:val="262626" w:themeColor="text1" w:themeTint="D9"/>
                <w:sz w:val="20"/>
                <w:szCs w:val="20"/>
                <w:lang w:val="sk-SK" w:eastAsia="sk-SK"/>
              </w:rPr>
            </w:pP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Typ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 xml:space="preserve"> </w:t>
            </w:r>
            <w:proofErr w:type="spellStart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svítidel</w:t>
            </w:r>
            <w:proofErr w:type="spellEnd"/>
            <w:r w:rsidRPr="00524F64">
              <w:rPr>
                <w:b/>
                <w:bCs/>
                <w:color w:val="262626" w:themeColor="text1" w:themeTint="D9"/>
                <w:sz w:val="20"/>
                <w:szCs w:val="20"/>
              </w:rPr>
              <w:t>:</w:t>
            </w:r>
          </w:p>
        </w:tc>
        <w:tc>
          <w:tcPr>
            <w:tcW w:w="5884" w:type="dxa"/>
            <w:gridSpan w:val="4"/>
            <w:shd w:val="clear" w:color="auto" w:fill="FFFFFF" w:themeFill="background1"/>
            <w:vAlign w:val="center"/>
          </w:tcPr>
          <w:p w14:paraId="1F621412" w14:textId="77777777" w:rsidR="009A07BB" w:rsidRPr="00664DAD" w:rsidRDefault="009A07BB" w:rsidP="006C01D2">
            <w:pPr>
              <w:rPr>
                <w:color w:val="A6A6A6" w:themeColor="background1" w:themeShade="A6"/>
                <w:sz w:val="18"/>
                <w:szCs w:val="18"/>
              </w:rPr>
            </w:pPr>
          </w:p>
        </w:tc>
      </w:tr>
      <w:tr w:rsidR="009A07BB" w:rsidRPr="003260F1" w14:paraId="2049FEDC" w14:textId="77777777" w:rsidTr="006C01D2">
        <w:trPr>
          <w:trHeight w:val="227"/>
        </w:trPr>
        <w:tc>
          <w:tcPr>
            <w:tcW w:w="2943" w:type="dxa"/>
            <w:shd w:val="clear" w:color="auto" w:fill="F9F8F5"/>
            <w:vAlign w:val="center"/>
          </w:tcPr>
          <w:p w14:paraId="6EB04085" w14:textId="77777777" w:rsidR="009A07BB" w:rsidRPr="00664DAD" w:rsidRDefault="009A07BB" w:rsidP="006C01D2">
            <w:pPr>
              <w:rPr>
                <w:rFonts w:eastAsia="Times New Roman" w:cs="Calibri"/>
                <w:b/>
                <w:bCs/>
                <w:color w:val="404040" w:themeColor="text1" w:themeTint="BF"/>
                <w:sz w:val="20"/>
                <w:szCs w:val="20"/>
                <w:lang w:val="sk-SK" w:eastAsia="sk-SK"/>
              </w:rPr>
            </w:pPr>
          </w:p>
        </w:tc>
        <w:tc>
          <w:tcPr>
            <w:tcW w:w="5884" w:type="dxa"/>
            <w:gridSpan w:val="4"/>
            <w:shd w:val="clear" w:color="auto" w:fill="F9F8F5"/>
            <w:vAlign w:val="center"/>
          </w:tcPr>
          <w:p w14:paraId="7AA8296C" w14:textId="6B5F10DB" w:rsidR="009A07BB" w:rsidRPr="00664DAD" w:rsidRDefault="00FF4406" w:rsidP="006C01D2">
            <w:pPr>
              <w:rPr>
                <w:color w:val="A6A6A6" w:themeColor="background1" w:themeShade="A6"/>
                <w:sz w:val="18"/>
                <w:szCs w:val="18"/>
              </w:rPr>
            </w:pPr>
            <w:proofErr w:type="spellStart"/>
            <w:r>
              <w:rPr>
                <w:color w:val="A6A6A6" w:themeColor="background1" w:themeShade="A6"/>
                <w:sz w:val="18"/>
                <w:szCs w:val="18"/>
              </w:rPr>
              <w:t>n</w:t>
            </w:r>
            <w:r w:rsidRPr="00FF4406">
              <w:rPr>
                <w:color w:val="A6A6A6" w:themeColor="background1" w:themeShade="A6"/>
                <w:sz w:val="18"/>
                <w:szCs w:val="18"/>
              </w:rPr>
              <w:t>apř</w:t>
            </w:r>
            <w:proofErr w:type="spellEnd"/>
            <w:r w:rsidRPr="00FF4406">
              <w:rPr>
                <w:color w:val="A6A6A6" w:themeColor="background1" w:themeShade="A6"/>
                <w:sz w:val="18"/>
                <w:szCs w:val="18"/>
              </w:rPr>
              <w:t xml:space="preserve">. </w:t>
            </w:r>
            <w:r w:rsidRPr="00FF4406">
              <w:rPr>
                <w:color w:val="A6A6A6" w:themeColor="background1" w:themeShade="A6"/>
                <w:sz w:val="18"/>
                <w:szCs w:val="18"/>
              </w:rPr>
              <w:t xml:space="preserve">LED </w:t>
            </w:r>
            <w:proofErr w:type="spellStart"/>
            <w:r w:rsidRPr="00FF4406">
              <w:rPr>
                <w:color w:val="A6A6A6" w:themeColor="background1" w:themeShade="A6"/>
                <w:sz w:val="18"/>
                <w:szCs w:val="18"/>
              </w:rPr>
              <w:t>zdroje</w:t>
            </w:r>
            <w:proofErr w:type="spellEnd"/>
            <w:r w:rsidRPr="00FF4406">
              <w:rPr>
                <w:color w:val="A6A6A6" w:themeColor="background1" w:themeShade="A6"/>
                <w:sz w:val="18"/>
                <w:szCs w:val="18"/>
              </w:rPr>
              <w:t xml:space="preserve"> / </w:t>
            </w:r>
            <w:proofErr w:type="spellStart"/>
            <w:r w:rsidRPr="00FF4406">
              <w:rPr>
                <w:color w:val="A6A6A6" w:themeColor="background1" w:themeShade="A6"/>
                <w:sz w:val="18"/>
                <w:szCs w:val="18"/>
              </w:rPr>
              <w:t>žárovky</w:t>
            </w:r>
            <w:proofErr w:type="spellEnd"/>
            <w:r w:rsidRPr="00FF4406">
              <w:rPr>
                <w:color w:val="A6A6A6" w:themeColor="background1" w:themeShade="A6"/>
                <w:sz w:val="18"/>
                <w:szCs w:val="18"/>
              </w:rPr>
              <w:t xml:space="preserve"> / </w:t>
            </w:r>
            <w:proofErr w:type="spellStart"/>
            <w:r w:rsidRPr="00FF4406">
              <w:rPr>
                <w:color w:val="A6A6A6" w:themeColor="background1" w:themeShade="A6"/>
                <w:sz w:val="18"/>
                <w:szCs w:val="18"/>
              </w:rPr>
              <w:t>kombinace</w:t>
            </w:r>
            <w:proofErr w:type="spellEnd"/>
            <w:r w:rsidRPr="00FF4406">
              <w:rPr>
                <w:color w:val="A6A6A6" w:themeColor="background1" w:themeShade="A6"/>
                <w:sz w:val="18"/>
                <w:szCs w:val="18"/>
              </w:rPr>
              <w:t xml:space="preserve"> – </w:t>
            </w:r>
            <w:proofErr w:type="spellStart"/>
            <w:r w:rsidRPr="00FF4406">
              <w:rPr>
                <w:color w:val="A6A6A6" w:themeColor="background1" w:themeShade="A6"/>
                <w:sz w:val="18"/>
                <w:szCs w:val="18"/>
              </w:rPr>
              <w:t>prosím</w:t>
            </w:r>
            <w:proofErr w:type="spellEnd"/>
            <w:r w:rsidRPr="00FF4406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Pr="00FF4406">
              <w:rPr>
                <w:color w:val="A6A6A6" w:themeColor="background1" w:themeShade="A6"/>
                <w:sz w:val="18"/>
                <w:szCs w:val="18"/>
              </w:rPr>
              <w:t>připojte</w:t>
            </w:r>
            <w:proofErr w:type="spellEnd"/>
            <w:r w:rsidRPr="00FF4406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Pr="00FF4406">
              <w:rPr>
                <w:color w:val="A6A6A6" w:themeColor="background1" w:themeShade="A6"/>
                <w:sz w:val="18"/>
                <w:szCs w:val="18"/>
              </w:rPr>
              <w:t>samostatní</w:t>
            </w:r>
            <w:proofErr w:type="spellEnd"/>
            <w:r w:rsidRPr="00FF4406">
              <w:rPr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Pr="00FF4406">
              <w:rPr>
                <w:color w:val="A6A6A6" w:themeColor="background1" w:themeShade="A6"/>
                <w:sz w:val="18"/>
                <w:szCs w:val="18"/>
              </w:rPr>
              <w:t>zoznam</w:t>
            </w:r>
            <w:proofErr w:type="spellEnd"/>
          </w:p>
        </w:tc>
      </w:tr>
    </w:tbl>
    <w:p w14:paraId="7670DD58" w14:textId="7B9BF3CB" w:rsidR="00412AFB" w:rsidRPr="00412AFB" w:rsidRDefault="00412AFB" w:rsidP="00412AFB">
      <w:pPr>
        <w:tabs>
          <w:tab w:val="left" w:pos="3330"/>
        </w:tabs>
        <w:spacing w:after="0"/>
        <w:rPr>
          <w:sz w:val="24"/>
          <w:szCs w:val="24"/>
        </w:rPr>
      </w:pPr>
      <w:r w:rsidRPr="003260F1">
        <w:rPr>
          <w:sz w:val="20"/>
          <w:szCs w:val="20"/>
        </w:rPr>
        <w:lastRenderedPageBreak/>
        <w:tab/>
      </w:r>
    </w:p>
    <w:p w14:paraId="37CB748F" w14:textId="77777777" w:rsidR="003260F1" w:rsidRDefault="003260F1" w:rsidP="003260F1">
      <w:pPr>
        <w:spacing w:after="0"/>
        <w:ind w:firstLine="720"/>
        <w:rPr>
          <w:sz w:val="20"/>
          <w:szCs w:val="20"/>
        </w:rPr>
      </w:pPr>
    </w:p>
    <w:p w14:paraId="753362E7" w14:textId="77777777" w:rsidR="003B1EEB" w:rsidRDefault="003B1EEB" w:rsidP="003260F1">
      <w:pPr>
        <w:spacing w:after="0"/>
        <w:ind w:firstLine="720"/>
        <w:rPr>
          <w:sz w:val="20"/>
          <w:szCs w:val="20"/>
        </w:rPr>
      </w:pPr>
    </w:p>
    <w:p w14:paraId="36BA9AE6" w14:textId="14879512" w:rsidR="00AF1B70" w:rsidRPr="003260F1" w:rsidRDefault="00AF1B70" w:rsidP="00AF1B70">
      <w:pPr>
        <w:spacing w:after="0"/>
        <w:ind w:right="-432"/>
        <w:rPr>
          <w:sz w:val="20"/>
          <w:szCs w:val="20"/>
        </w:rPr>
      </w:pPr>
      <w:r w:rsidRPr="003260F1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160" behindDoc="1" locked="0" layoutInCell="1" allowOverlap="1" wp14:anchorId="3FB749F3" wp14:editId="68193523">
                <wp:simplePos x="0" y="0"/>
                <wp:positionH relativeFrom="column">
                  <wp:posOffset>-195844</wp:posOffset>
                </wp:positionH>
                <wp:positionV relativeFrom="paragraph">
                  <wp:posOffset>107950</wp:posOffset>
                </wp:positionV>
                <wp:extent cx="6001385" cy="2051289"/>
                <wp:effectExtent l="57150" t="19050" r="75565" b="101600"/>
                <wp:wrapNone/>
                <wp:docPr id="1818234564" name="Obdĺžnik: zaoblené rohy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1385" cy="2051289"/>
                        </a:xfrm>
                        <a:prstGeom prst="roundRect">
                          <a:avLst>
                            <a:gd name="adj" fmla="val 11067"/>
                          </a:avLst>
                        </a:prstGeom>
                        <a:solidFill>
                          <a:srgbClr val="F4F3EC"/>
                        </a:solidFill>
                        <a:ln>
                          <a:solidFill>
                            <a:schemeClr val="bg2"/>
                          </a:solidFill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  <a:softEdge rad="12700"/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4EAC56" id="Obdĺžnik: zaoblené rohy 23" o:spid="_x0000_s1026" style="position:absolute;margin-left:-15.4pt;margin-top:8.5pt;width:472.55pt;height:161.5pt;z-index:-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72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" fillcolor="#f4f3ec" strokecolor="#eeece1 [3214]">
                <v:shadow on="t" color="black" opacity="22937f" origin=",.5" offset="0,.63889mm"/>
              </v:roundrect>
            </w:pict>
          </mc:Fallback>
        </mc:AlternateContent>
      </w:r>
      <w:r w:rsidR="003B1EEB">
        <w:t xml:space="preserve">    </w:t>
      </w:r>
    </w:p>
    <w:tbl>
      <w:tblPr>
        <w:tblStyle w:val="Mriekatabuky"/>
        <w:tblpPr w:leftFromText="141" w:rightFromText="141" w:vertAnchor="text" w:horzAnchor="margin" w:tblpY="184"/>
        <w:tblW w:w="0" w:type="auto"/>
        <w:tblBorders>
          <w:top w:val="single" w:sz="4" w:space="0" w:color="F4F3EC"/>
          <w:left w:val="single" w:sz="4" w:space="0" w:color="F4F3EC"/>
          <w:bottom w:val="single" w:sz="4" w:space="0" w:color="F4F3EC"/>
          <w:right w:val="single" w:sz="4" w:space="0" w:color="F4F3EC"/>
          <w:insideH w:val="single" w:sz="4" w:space="0" w:color="F4F3EC"/>
          <w:insideV w:val="single" w:sz="4" w:space="0" w:color="F4F3EC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943"/>
        <w:gridCol w:w="2977"/>
        <w:gridCol w:w="2907"/>
      </w:tblGrid>
      <w:tr w:rsidR="00AF1B70" w:rsidRPr="003260F1" w14:paraId="24C37D24" w14:textId="77777777" w:rsidTr="00AF1B70">
        <w:trPr>
          <w:trHeight w:val="340"/>
        </w:trPr>
        <w:tc>
          <w:tcPr>
            <w:tcW w:w="8827" w:type="dxa"/>
            <w:gridSpan w:val="3"/>
            <w:shd w:val="clear" w:color="auto" w:fill="BCB68A"/>
            <w:vAlign w:val="center"/>
          </w:tcPr>
          <w:p w14:paraId="2FD54BA3" w14:textId="592469E7" w:rsidR="00AF1B70" w:rsidRPr="003260F1" w:rsidRDefault="00AF1B70" w:rsidP="00AF1B70">
            <w:pPr>
              <w:jc w:val="center"/>
              <w:rPr>
                <w:b/>
                <w:bCs/>
                <w:sz w:val="20"/>
                <w:szCs w:val="20"/>
              </w:rPr>
            </w:pPr>
            <w:r w:rsidRPr="00AF1B70">
              <w:rPr>
                <w:rFonts w:eastAsia="Times New Roman" w:cs="Calibri"/>
                <w:b/>
                <w:bCs/>
                <w:color w:val="404040" w:themeColor="text1" w:themeTint="BF"/>
                <w:lang w:val="sk-SK" w:eastAsia="sk-SK"/>
              </w:rPr>
              <w:t>ZÁVĚREČNÍ ÚJEDNÁNÍ</w:t>
            </w:r>
          </w:p>
        </w:tc>
      </w:tr>
      <w:tr w:rsidR="008B15E9" w:rsidRPr="003260F1" w14:paraId="3D158D61" w14:textId="77777777" w:rsidTr="008B15E9">
        <w:trPr>
          <w:trHeight w:val="340"/>
        </w:trPr>
        <w:tc>
          <w:tcPr>
            <w:tcW w:w="2943" w:type="dxa"/>
            <w:shd w:val="clear" w:color="auto" w:fill="FCFCFA"/>
            <w:vAlign w:val="center"/>
          </w:tcPr>
          <w:p w14:paraId="7AA48825" w14:textId="001CF46B" w:rsidR="008B15E9" w:rsidRPr="00AF1B70" w:rsidRDefault="008B15E9" w:rsidP="00AF1B70">
            <w:pPr>
              <w:rPr>
                <w:b/>
                <w:bCs/>
              </w:rPr>
            </w:pPr>
            <w:proofErr w:type="spellStart"/>
            <w:r w:rsidRPr="00AF1B70">
              <w:rPr>
                <w:b/>
                <w:bCs/>
              </w:rPr>
              <w:t>Požadovaná</w:t>
            </w:r>
            <w:proofErr w:type="spellEnd"/>
            <w:r w:rsidRPr="00AF1B70">
              <w:rPr>
                <w:b/>
                <w:bCs/>
              </w:rPr>
              <w:t xml:space="preserve"> </w:t>
            </w:r>
            <w:proofErr w:type="spellStart"/>
            <w:r w:rsidRPr="00AF1B70">
              <w:rPr>
                <w:b/>
                <w:bCs/>
              </w:rPr>
              <w:t>rychlost</w:t>
            </w:r>
            <w:proofErr w:type="spellEnd"/>
            <w:r>
              <w:rPr>
                <w:b/>
                <w:bCs/>
              </w:rPr>
              <w:t>: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1507EAE1" w14:textId="4A5CC448" w:rsidR="008B15E9" w:rsidRPr="008B15E9" w:rsidRDefault="008B15E9" w:rsidP="00AF1B70">
            <w:pPr>
              <w:rPr>
                <w:sz w:val="20"/>
                <w:szCs w:val="20"/>
              </w:rPr>
            </w:pPr>
            <w:proofErr w:type="spellStart"/>
            <w:r w:rsidRPr="008B15E9">
              <w:rPr>
                <w:sz w:val="20"/>
                <w:szCs w:val="20"/>
              </w:rPr>
              <w:t>Standardní</w:t>
            </w:r>
            <w:proofErr w:type="spellEnd"/>
            <w:r w:rsidRPr="008B15E9">
              <w:rPr>
                <w:sz w:val="20"/>
                <w:szCs w:val="20"/>
              </w:rPr>
              <w:t xml:space="preserve"> (10 </w:t>
            </w:r>
            <w:proofErr w:type="spellStart"/>
            <w:r w:rsidRPr="008B15E9">
              <w:rPr>
                <w:sz w:val="20"/>
                <w:szCs w:val="20"/>
              </w:rPr>
              <w:t>pracovních</w:t>
            </w:r>
            <w:proofErr w:type="spellEnd"/>
            <w:r w:rsidRPr="008B15E9">
              <w:rPr>
                <w:sz w:val="20"/>
                <w:szCs w:val="20"/>
              </w:rPr>
              <w:t xml:space="preserve"> </w:t>
            </w:r>
            <w:proofErr w:type="spellStart"/>
            <w:r w:rsidRPr="008B15E9">
              <w:rPr>
                <w:sz w:val="20"/>
                <w:szCs w:val="20"/>
              </w:rPr>
              <w:t>dnů</w:t>
            </w:r>
            <w:proofErr w:type="spellEnd"/>
            <w:r w:rsidRPr="008B15E9">
              <w:rPr>
                <w:sz w:val="20"/>
                <w:szCs w:val="20"/>
              </w:rPr>
              <w:t xml:space="preserve">) </w:t>
            </w:r>
            <w:sdt>
              <w:sdtPr>
                <w:rPr>
                  <w:sz w:val="20"/>
                  <w:szCs w:val="20"/>
                </w:rPr>
                <w:id w:val="-367992289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Pr="008B15E9">
                  <w:rPr>
                    <w:rFonts w:ascii="Segoe UI Symbol" w:hAnsi="Segoe UI Symbol"/>
                    <w:sz w:val="20"/>
                    <w:szCs w:val="20"/>
                  </w:rPr>
                  <w:t>⬡</w:t>
                </w:r>
              </w:sdtContent>
            </w:sdt>
          </w:p>
        </w:tc>
        <w:tc>
          <w:tcPr>
            <w:tcW w:w="2907" w:type="dxa"/>
            <w:shd w:val="clear" w:color="auto" w:fill="FFFFFF" w:themeFill="background1"/>
            <w:vAlign w:val="center"/>
          </w:tcPr>
          <w:p w14:paraId="5D591207" w14:textId="11CF2CC8" w:rsidR="008B15E9" w:rsidRPr="008B15E9" w:rsidRDefault="008B15E9" w:rsidP="00AF1B70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8B15E9">
              <w:rPr>
                <w:sz w:val="20"/>
                <w:szCs w:val="20"/>
              </w:rPr>
              <w:t>Expresní</w:t>
            </w:r>
            <w:proofErr w:type="spellEnd"/>
            <w:r w:rsidRPr="008B15E9">
              <w:rPr>
                <w:sz w:val="20"/>
                <w:szCs w:val="20"/>
              </w:rPr>
              <w:t xml:space="preserve"> + 3000 CZK</w:t>
            </w:r>
            <w:r w:rsidRPr="008B15E9">
              <w:rPr>
                <w:sz w:val="20"/>
                <w:szCs w:val="20"/>
              </w:rPr>
              <w:t xml:space="preserve"> </w:t>
            </w:r>
            <w:r w:rsidRPr="008B15E9">
              <w:rPr>
                <w:sz w:val="20"/>
                <w:szCs w:val="20"/>
              </w:rPr>
              <w:t xml:space="preserve">  </w:t>
            </w:r>
            <w:sdt>
              <w:sdtPr>
                <w:rPr>
                  <w:sz w:val="20"/>
                  <w:szCs w:val="20"/>
                </w:rPr>
                <w:id w:val="895469177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Pr="008B15E9">
                  <w:rPr>
                    <w:rFonts w:ascii="Segoe UI Symbol" w:hAnsi="Segoe UI Symbol"/>
                    <w:sz w:val="20"/>
                    <w:szCs w:val="20"/>
                  </w:rPr>
                  <w:t>⬡</w:t>
                </w:r>
              </w:sdtContent>
            </w:sdt>
          </w:p>
        </w:tc>
      </w:tr>
      <w:tr w:rsidR="00243F74" w:rsidRPr="003260F1" w14:paraId="62D6701D" w14:textId="77777777" w:rsidTr="008B15E9">
        <w:trPr>
          <w:trHeight w:val="340"/>
        </w:trPr>
        <w:tc>
          <w:tcPr>
            <w:tcW w:w="2943" w:type="dxa"/>
            <w:shd w:val="clear" w:color="auto" w:fill="FCFCFA"/>
            <w:vAlign w:val="center"/>
          </w:tcPr>
          <w:p w14:paraId="433729C2" w14:textId="2F46DD82" w:rsidR="00243F74" w:rsidRPr="00AF1B70" w:rsidRDefault="00243F74" w:rsidP="00243F74">
            <w:pPr>
              <w:rPr>
                <w:b/>
                <w:bCs/>
              </w:rPr>
            </w:pPr>
            <w:proofErr w:type="spellStart"/>
            <w:r w:rsidRPr="00AF1B70">
              <w:rPr>
                <w:b/>
                <w:bCs/>
              </w:rPr>
              <w:t>Požadovaná</w:t>
            </w:r>
            <w:proofErr w:type="spellEnd"/>
            <w:r w:rsidRPr="00AF1B70"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odobní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obhlídka</w:t>
            </w:r>
            <w:proofErr w:type="spellEnd"/>
            <w:r>
              <w:rPr>
                <w:b/>
                <w:bCs/>
              </w:rPr>
              <w:t>: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3649D9C9" w14:textId="30341292" w:rsidR="00243F74" w:rsidRPr="008B15E9" w:rsidRDefault="00243F74" w:rsidP="00243F74">
            <w:pPr>
              <w:rPr>
                <w:sz w:val="20"/>
                <w:szCs w:val="20"/>
              </w:rPr>
            </w:pPr>
            <w:r w:rsidRPr="008B15E9">
              <w:rPr>
                <w:sz w:val="20"/>
                <w:szCs w:val="20"/>
              </w:rPr>
              <w:t xml:space="preserve">Ano  </w:t>
            </w:r>
            <w:sdt>
              <w:sdtPr>
                <w:rPr>
                  <w:sz w:val="20"/>
                  <w:szCs w:val="20"/>
                </w:rPr>
                <w:id w:val="1202525094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Pr="008B15E9">
                  <w:rPr>
                    <w:rFonts w:ascii="Segoe UI Symbol" w:hAnsi="Segoe UI Symbol"/>
                    <w:sz w:val="20"/>
                    <w:szCs w:val="20"/>
                  </w:rPr>
                  <w:t>⬡</w:t>
                </w:r>
              </w:sdtContent>
            </w:sdt>
            <w:r w:rsidRPr="008B15E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+ 3000</w:t>
            </w:r>
            <w:r w:rsidRPr="008B15E9">
              <w:rPr>
                <w:sz w:val="20"/>
                <w:szCs w:val="20"/>
              </w:rPr>
              <w:t xml:space="preserve"> CZK</w:t>
            </w:r>
          </w:p>
        </w:tc>
        <w:tc>
          <w:tcPr>
            <w:tcW w:w="2907" w:type="dxa"/>
            <w:shd w:val="clear" w:color="auto" w:fill="FFFFFF" w:themeFill="background1"/>
            <w:vAlign w:val="center"/>
          </w:tcPr>
          <w:p w14:paraId="4A34B37C" w14:textId="6ACBB476" w:rsidR="00243F74" w:rsidRPr="008B15E9" w:rsidRDefault="00243F74" w:rsidP="00243F74">
            <w:pPr>
              <w:rPr>
                <w:sz w:val="20"/>
                <w:szCs w:val="20"/>
              </w:rPr>
            </w:pPr>
            <w:r w:rsidRPr="008B15E9">
              <w:rPr>
                <w:sz w:val="20"/>
                <w:szCs w:val="20"/>
              </w:rPr>
              <w:t xml:space="preserve">Ne  </w:t>
            </w:r>
            <w:sdt>
              <w:sdtPr>
                <w:rPr>
                  <w:sz w:val="20"/>
                  <w:szCs w:val="20"/>
                </w:rPr>
                <w:id w:val="37014387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Pr="008B15E9">
                  <w:rPr>
                    <w:rFonts w:ascii="Segoe UI Symbol" w:hAnsi="Segoe UI Symbol"/>
                    <w:sz w:val="20"/>
                    <w:szCs w:val="20"/>
                  </w:rPr>
                  <w:t>⬡</w:t>
                </w:r>
              </w:sdtContent>
            </w:sdt>
          </w:p>
        </w:tc>
      </w:tr>
      <w:tr w:rsidR="008B15E9" w:rsidRPr="003260F1" w14:paraId="1D289CA6" w14:textId="77777777" w:rsidTr="008B15E9">
        <w:trPr>
          <w:trHeight w:val="340"/>
        </w:trPr>
        <w:tc>
          <w:tcPr>
            <w:tcW w:w="2943" w:type="dxa"/>
            <w:shd w:val="clear" w:color="auto" w:fill="FCFCFA"/>
            <w:vAlign w:val="center"/>
          </w:tcPr>
          <w:p w14:paraId="4DB58FED" w14:textId="4C06B291" w:rsidR="008B15E9" w:rsidRDefault="008B15E9" w:rsidP="00AF1B70">
            <w:pPr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sk-SK" w:eastAsia="sk-SK"/>
              </w:rPr>
            </w:pPr>
            <w:proofErr w:type="spellStart"/>
            <w:r w:rsidRPr="006F352E">
              <w:rPr>
                <w:b/>
                <w:bCs/>
              </w:rPr>
              <w:t>Vlastní</w:t>
            </w:r>
            <w:proofErr w:type="spellEnd"/>
            <w:r w:rsidRPr="006F352E">
              <w:rPr>
                <w:b/>
                <w:bCs/>
              </w:rPr>
              <w:t xml:space="preserve"> </w:t>
            </w:r>
            <w:proofErr w:type="spellStart"/>
            <w:r w:rsidRPr="006F352E">
              <w:rPr>
                <w:b/>
                <w:bCs/>
              </w:rPr>
              <w:t>tisk</w:t>
            </w:r>
            <w:proofErr w:type="spellEnd"/>
            <w:r w:rsidRPr="00DB2A48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sk-SK" w:eastAsia="sk-SK"/>
              </w:rPr>
              <w:t>: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66CDEE96" w14:textId="3105818D" w:rsidR="008B15E9" w:rsidRPr="008B15E9" w:rsidRDefault="008B15E9" w:rsidP="00AF1B70">
            <w:pPr>
              <w:rPr>
                <w:sz w:val="20"/>
                <w:szCs w:val="20"/>
              </w:rPr>
            </w:pPr>
            <w:r w:rsidRPr="008B15E9">
              <w:rPr>
                <w:sz w:val="20"/>
                <w:szCs w:val="20"/>
              </w:rPr>
              <w:t>Ano</w:t>
            </w:r>
            <w:r w:rsidRPr="008B15E9">
              <w:rPr>
                <w:sz w:val="20"/>
                <w:szCs w:val="20"/>
              </w:rPr>
              <w:t xml:space="preserve">  </w:t>
            </w:r>
            <w:sdt>
              <w:sdtPr>
                <w:rPr>
                  <w:sz w:val="20"/>
                  <w:szCs w:val="20"/>
                </w:rPr>
                <w:id w:val="1027301034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Pr="008B15E9">
                  <w:rPr>
                    <w:rFonts w:ascii="Segoe UI Symbol" w:hAnsi="Segoe UI Symbol"/>
                    <w:sz w:val="20"/>
                    <w:szCs w:val="20"/>
                  </w:rPr>
                  <w:t>⬡</w:t>
                </w:r>
              </w:sdtContent>
            </w:sdt>
            <w:r w:rsidRPr="008B15E9">
              <w:rPr>
                <w:sz w:val="20"/>
                <w:szCs w:val="20"/>
              </w:rPr>
              <w:t xml:space="preserve"> - </w:t>
            </w:r>
            <w:proofErr w:type="spellStart"/>
            <w:r w:rsidRPr="008B15E9">
              <w:rPr>
                <w:sz w:val="20"/>
                <w:szCs w:val="20"/>
              </w:rPr>
              <w:t>sleva</w:t>
            </w:r>
            <w:proofErr w:type="spellEnd"/>
            <w:r w:rsidRPr="008B15E9">
              <w:rPr>
                <w:sz w:val="20"/>
                <w:szCs w:val="20"/>
              </w:rPr>
              <w:t xml:space="preserve"> 150 CZK</w:t>
            </w:r>
          </w:p>
        </w:tc>
        <w:tc>
          <w:tcPr>
            <w:tcW w:w="2907" w:type="dxa"/>
            <w:shd w:val="clear" w:color="auto" w:fill="FFFFFF" w:themeFill="background1"/>
            <w:vAlign w:val="center"/>
          </w:tcPr>
          <w:p w14:paraId="0800AE3A" w14:textId="2530BCD7" w:rsidR="008B15E9" w:rsidRPr="008B15E9" w:rsidRDefault="008B15E9" w:rsidP="00AF1B70">
            <w:pPr>
              <w:rPr>
                <w:sz w:val="20"/>
                <w:szCs w:val="20"/>
              </w:rPr>
            </w:pPr>
            <w:r w:rsidRPr="008B15E9">
              <w:rPr>
                <w:sz w:val="20"/>
                <w:szCs w:val="20"/>
              </w:rPr>
              <w:t xml:space="preserve">Ne  </w:t>
            </w:r>
            <w:sdt>
              <w:sdtPr>
                <w:rPr>
                  <w:sz w:val="20"/>
                  <w:szCs w:val="20"/>
                </w:rPr>
                <w:id w:val="-237568570"/>
                <w15:color w:val="234D4B"/>
                <w14:checkbox>
                  <w14:checked w14:val="0"/>
                  <w14:checkedState w14:val="2B22" w14:font="Segoe UI Symbol"/>
                  <w14:uncheckedState w14:val="2B21" w14:font="Segoe UI Symbol"/>
                </w14:checkbox>
              </w:sdtPr>
              <w:sdtContent>
                <w:r w:rsidRPr="008B15E9">
                  <w:rPr>
                    <w:rFonts w:ascii="Segoe UI Symbol" w:hAnsi="Segoe UI Symbol"/>
                    <w:sz w:val="20"/>
                    <w:szCs w:val="20"/>
                  </w:rPr>
                  <w:t>⬡</w:t>
                </w:r>
              </w:sdtContent>
            </w:sdt>
          </w:p>
        </w:tc>
      </w:tr>
      <w:tr w:rsidR="00AF1B70" w:rsidRPr="003260F1" w14:paraId="7C883BFB" w14:textId="77777777" w:rsidTr="00AF1B70">
        <w:trPr>
          <w:trHeight w:val="340"/>
        </w:trPr>
        <w:tc>
          <w:tcPr>
            <w:tcW w:w="2943" w:type="dxa"/>
            <w:shd w:val="clear" w:color="auto" w:fill="FCFCFA"/>
            <w:vAlign w:val="center"/>
          </w:tcPr>
          <w:p w14:paraId="7EDD9F39" w14:textId="69C1D2AC" w:rsidR="00AF1B70" w:rsidRPr="006F352E" w:rsidRDefault="008B15E9" w:rsidP="00AF1B70">
            <w:pPr>
              <w:rPr>
                <w:b/>
                <w:bCs/>
                <w:sz w:val="20"/>
                <w:szCs w:val="20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sk-SK" w:eastAsia="sk-SK"/>
              </w:rPr>
              <w:t>V .... , dne</w:t>
            </w:r>
            <w:r w:rsidRPr="003260F1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sk-SK" w:eastAsia="sk-SK"/>
              </w:rPr>
              <w:t>:</w:t>
            </w:r>
          </w:p>
        </w:tc>
        <w:tc>
          <w:tcPr>
            <w:tcW w:w="5884" w:type="dxa"/>
            <w:gridSpan w:val="2"/>
            <w:shd w:val="clear" w:color="auto" w:fill="FFFFFF" w:themeFill="background1"/>
            <w:vAlign w:val="center"/>
          </w:tcPr>
          <w:p w14:paraId="17323782" w14:textId="726CAA6E" w:rsidR="00AF1B70" w:rsidRPr="003260F1" w:rsidRDefault="00AF1B70" w:rsidP="00AF1B70">
            <w:pPr>
              <w:rPr>
                <w:sz w:val="20"/>
                <w:szCs w:val="20"/>
              </w:rPr>
            </w:pPr>
          </w:p>
        </w:tc>
      </w:tr>
      <w:tr w:rsidR="00AF1B70" w:rsidRPr="003260F1" w14:paraId="7B81E827" w14:textId="77777777" w:rsidTr="008B15E9">
        <w:trPr>
          <w:trHeight w:val="850"/>
        </w:trPr>
        <w:tc>
          <w:tcPr>
            <w:tcW w:w="2943" w:type="dxa"/>
            <w:shd w:val="clear" w:color="auto" w:fill="FCFCFA"/>
          </w:tcPr>
          <w:p w14:paraId="273B3869" w14:textId="751C11F1" w:rsidR="00AF1B70" w:rsidRDefault="00AF1B70" w:rsidP="008B15E9">
            <w:pPr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sk-SK" w:eastAsia="sk-SK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sk-SK" w:eastAsia="sk-SK"/>
              </w:rPr>
              <w:t>Podpis:</w:t>
            </w:r>
          </w:p>
        </w:tc>
        <w:tc>
          <w:tcPr>
            <w:tcW w:w="5884" w:type="dxa"/>
            <w:gridSpan w:val="2"/>
            <w:shd w:val="clear" w:color="auto" w:fill="FFFFFF" w:themeFill="background1"/>
            <w:vAlign w:val="center"/>
          </w:tcPr>
          <w:p w14:paraId="25EFCC6B" w14:textId="77777777" w:rsidR="00AF1B70" w:rsidRPr="003260F1" w:rsidRDefault="00AF1B70" w:rsidP="00AF1B70">
            <w:pPr>
              <w:rPr>
                <w:rStyle w:val="Hlavika"/>
                <w:color w:val="666666"/>
                <w:sz w:val="20"/>
                <w:szCs w:val="20"/>
              </w:rPr>
            </w:pPr>
          </w:p>
        </w:tc>
      </w:tr>
    </w:tbl>
    <w:p w14:paraId="329FE078" w14:textId="77777777" w:rsidR="00AF1B70" w:rsidRPr="003574AD" w:rsidRDefault="00AF1B70" w:rsidP="00AF1B70">
      <w:pPr>
        <w:tabs>
          <w:tab w:val="left" w:pos="3330"/>
        </w:tabs>
        <w:spacing w:after="0"/>
        <w:rPr>
          <w:sz w:val="26"/>
          <w:szCs w:val="26"/>
        </w:rPr>
      </w:pPr>
      <w:r w:rsidRPr="003260F1">
        <w:rPr>
          <w:sz w:val="20"/>
          <w:szCs w:val="20"/>
        </w:rPr>
        <w:tab/>
      </w:r>
    </w:p>
    <w:p w14:paraId="3A732639" w14:textId="77777777" w:rsidR="00AF1B70" w:rsidRDefault="00AF1B70" w:rsidP="00AF1B70">
      <w:pPr>
        <w:spacing w:after="0"/>
        <w:ind w:firstLine="720"/>
        <w:rPr>
          <w:sz w:val="20"/>
          <w:szCs w:val="20"/>
        </w:rPr>
      </w:pPr>
    </w:p>
    <w:p w14:paraId="20080910" w14:textId="301C9EA6" w:rsidR="003B1EEB" w:rsidRDefault="007E27C9" w:rsidP="007E27C9">
      <w:pPr>
        <w:spacing w:after="0"/>
        <w:ind w:right="326"/>
        <w:jc w:val="both"/>
        <w:rPr>
          <w:i/>
          <w:iCs/>
          <w:color w:val="16684D"/>
          <w:sz w:val="20"/>
          <w:szCs w:val="20"/>
        </w:rPr>
      </w:pPr>
      <w:proofErr w:type="spellStart"/>
      <w:r w:rsidRPr="007E27C9">
        <w:rPr>
          <w:i/>
          <w:iCs/>
          <w:color w:val="16684D"/>
          <w:sz w:val="20"/>
          <w:szCs w:val="20"/>
        </w:rPr>
        <w:t>Svým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</w:t>
      </w:r>
      <w:proofErr w:type="spellStart"/>
      <w:r w:rsidRPr="007E27C9">
        <w:rPr>
          <w:i/>
          <w:iCs/>
          <w:color w:val="16684D"/>
          <w:sz w:val="20"/>
          <w:szCs w:val="20"/>
        </w:rPr>
        <w:t>podpisem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</w:t>
      </w:r>
      <w:proofErr w:type="spellStart"/>
      <w:r w:rsidRPr="007E27C9">
        <w:rPr>
          <w:i/>
          <w:iCs/>
          <w:color w:val="16684D"/>
          <w:sz w:val="20"/>
          <w:szCs w:val="20"/>
        </w:rPr>
        <w:t>prohlašuji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, </w:t>
      </w:r>
      <w:proofErr w:type="spellStart"/>
      <w:r w:rsidRPr="007E27C9">
        <w:rPr>
          <w:i/>
          <w:iCs/>
          <w:color w:val="16684D"/>
          <w:sz w:val="20"/>
          <w:szCs w:val="20"/>
        </w:rPr>
        <w:t>že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</w:t>
      </w:r>
      <w:proofErr w:type="spellStart"/>
      <w:r w:rsidRPr="007E27C9">
        <w:rPr>
          <w:i/>
          <w:iCs/>
          <w:color w:val="16684D"/>
          <w:sz w:val="20"/>
          <w:szCs w:val="20"/>
        </w:rPr>
        <w:t>všechny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</w:t>
      </w:r>
      <w:proofErr w:type="spellStart"/>
      <w:r w:rsidRPr="007E27C9">
        <w:rPr>
          <w:i/>
          <w:iCs/>
          <w:color w:val="16684D"/>
          <w:sz w:val="20"/>
          <w:szCs w:val="20"/>
        </w:rPr>
        <w:t>údaje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o </w:t>
      </w:r>
      <w:proofErr w:type="spellStart"/>
      <w:r w:rsidRPr="007E27C9">
        <w:rPr>
          <w:i/>
          <w:iCs/>
          <w:color w:val="16684D"/>
          <w:sz w:val="20"/>
          <w:szCs w:val="20"/>
        </w:rPr>
        <w:t>stavbě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a </w:t>
      </w:r>
      <w:proofErr w:type="spellStart"/>
      <w:r w:rsidRPr="007E27C9">
        <w:rPr>
          <w:i/>
          <w:iCs/>
          <w:color w:val="16684D"/>
          <w:sz w:val="20"/>
          <w:szCs w:val="20"/>
        </w:rPr>
        <w:t>fotodokumentace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</w:t>
      </w:r>
      <w:proofErr w:type="spellStart"/>
      <w:r w:rsidRPr="007E27C9">
        <w:rPr>
          <w:i/>
          <w:iCs/>
          <w:color w:val="16684D"/>
          <w:sz w:val="20"/>
          <w:szCs w:val="20"/>
        </w:rPr>
        <w:t>jsou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</w:t>
      </w:r>
      <w:proofErr w:type="spellStart"/>
      <w:r w:rsidRPr="007E27C9">
        <w:rPr>
          <w:i/>
          <w:iCs/>
          <w:color w:val="16684D"/>
          <w:sz w:val="20"/>
          <w:szCs w:val="20"/>
        </w:rPr>
        <w:t>pravdivé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</w:t>
      </w:r>
      <w:proofErr w:type="gramStart"/>
      <w:r w:rsidRPr="007E27C9">
        <w:rPr>
          <w:i/>
          <w:iCs/>
          <w:color w:val="16684D"/>
          <w:sz w:val="20"/>
          <w:szCs w:val="20"/>
        </w:rPr>
        <w:t>a</w:t>
      </w:r>
      <w:proofErr w:type="gramEnd"/>
      <w:r w:rsidRPr="007E27C9">
        <w:rPr>
          <w:i/>
          <w:iCs/>
          <w:color w:val="16684D"/>
          <w:sz w:val="20"/>
          <w:szCs w:val="20"/>
        </w:rPr>
        <w:t xml:space="preserve"> </w:t>
      </w:r>
      <w:proofErr w:type="spellStart"/>
      <w:r w:rsidRPr="007E27C9">
        <w:rPr>
          <w:i/>
          <w:iCs/>
          <w:color w:val="16684D"/>
          <w:sz w:val="20"/>
          <w:szCs w:val="20"/>
        </w:rPr>
        <w:t>odpovídají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</w:t>
      </w:r>
      <w:proofErr w:type="spellStart"/>
      <w:r w:rsidRPr="007E27C9">
        <w:rPr>
          <w:i/>
          <w:iCs/>
          <w:color w:val="16684D"/>
          <w:sz w:val="20"/>
          <w:szCs w:val="20"/>
        </w:rPr>
        <w:t>aktuálnímu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</w:t>
      </w:r>
      <w:proofErr w:type="spellStart"/>
      <w:r w:rsidRPr="007E27C9">
        <w:rPr>
          <w:i/>
          <w:iCs/>
          <w:color w:val="16684D"/>
          <w:sz w:val="20"/>
          <w:szCs w:val="20"/>
        </w:rPr>
        <w:t>stavu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</w:t>
      </w:r>
      <w:proofErr w:type="spellStart"/>
      <w:r w:rsidRPr="007E27C9">
        <w:rPr>
          <w:i/>
          <w:iCs/>
          <w:color w:val="16684D"/>
          <w:sz w:val="20"/>
          <w:szCs w:val="20"/>
        </w:rPr>
        <w:t>mého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</w:t>
      </w:r>
      <w:proofErr w:type="spellStart"/>
      <w:r w:rsidRPr="007E27C9">
        <w:rPr>
          <w:i/>
          <w:iCs/>
          <w:color w:val="16684D"/>
          <w:sz w:val="20"/>
          <w:szCs w:val="20"/>
        </w:rPr>
        <w:t>objektu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. </w:t>
      </w:r>
      <w:proofErr w:type="spellStart"/>
      <w:r w:rsidRPr="007E27C9">
        <w:rPr>
          <w:i/>
          <w:iCs/>
          <w:color w:val="16684D"/>
          <w:sz w:val="20"/>
          <w:szCs w:val="20"/>
        </w:rPr>
        <w:t>Zároveň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</w:t>
      </w:r>
      <w:proofErr w:type="spellStart"/>
      <w:r w:rsidRPr="007E27C9">
        <w:rPr>
          <w:i/>
          <w:iCs/>
          <w:color w:val="16684D"/>
          <w:sz w:val="20"/>
          <w:szCs w:val="20"/>
        </w:rPr>
        <w:t>souhlasím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se </w:t>
      </w:r>
      <w:proofErr w:type="spellStart"/>
      <w:r w:rsidRPr="007E27C9">
        <w:rPr>
          <w:i/>
          <w:iCs/>
          <w:color w:val="16684D"/>
          <w:sz w:val="20"/>
          <w:szCs w:val="20"/>
        </w:rPr>
        <w:t>zpracováním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</w:t>
      </w:r>
      <w:proofErr w:type="spellStart"/>
      <w:r w:rsidRPr="007E27C9">
        <w:rPr>
          <w:i/>
          <w:iCs/>
          <w:color w:val="16684D"/>
          <w:sz w:val="20"/>
          <w:szCs w:val="20"/>
        </w:rPr>
        <w:t>osobních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</w:t>
      </w:r>
      <w:proofErr w:type="spellStart"/>
      <w:r w:rsidRPr="007E27C9">
        <w:rPr>
          <w:i/>
          <w:iCs/>
          <w:color w:val="16684D"/>
          <w:sz w:val="20"/>
          <w:szCs w:val="20"/>
        </w:rPr>
        <w:t>údajů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pro </w:t>
      </w:r>
      <w:proofErr w:type="spellStart"/>
      <w:r w:rsidRPr="007E27C9">
        <w:rPr>
          <w:i/>
          <w:iCs/>
          <w:color w:val="16684D"/>
          <w:sz w:val="20"/>
          <w:szCs w:val="20"/>
        </w:rPr>
        <w:t>účely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</w:t>
      </w:r>
      <w:proofErr w:type="spellStart"/>
      <w:r w:rsidRPr="007E27C9">
        <w:rPr>
          <w:i/>
          <w:iCs/>
          <w:color w:val="16684D"/>
          <w:sz w:val="20"/>
          <w:szCs w:val="20"/>
        </w:rPr>
        <w:t>vyřízení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</w:t>
      </w:r>
      <w:proofErr w:type="spellStart"/>
      <w:r w:rsidRPr="007E27C9">
        <w:rPr>
          <w:i/>
          <w:iCs/>
          <w:color w:val="16684D"/>
          <w:sz w:val="20"/>
          <w:szCs w:val="20"/>
        </w:rPr>
        <w:t>objednávky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</w:t>
      </w:r>
      <w:proofErr w:type="spellStart"/>
      <w:r w:rsidRPr="007E27C9">
        <w:rPr>
          <w:i/>
          <w:iCs/>
          <w:color w:val="16684D"/>
          <w:sz w:val="20"/>
          <w:szCs w:val="20"/>
        </w:rPr>
        <w:t>společností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</w:t>
      </w:r>
      <w:proofErr w:type="spellStart"/>
      <w:r w:rsidRPr="007E27C9">
        <w:rPr>
          <w:i/>
          <w:iCs/>
          <w:color w:val="16684D"/>
          <w:sz w:val="20"/>
          <w:szCs w:val="20"/>
        </w:rPr>
        <w:t>Arnea</w:t>
      </w:r>
      <w:proofErr w:type="spellEnd"/>
      <w:r w:rsidRPr="007E27C9">
        <w:rPr>
          <w:i/>
          <w:iCs/>
          <w:color w:val="16684D"/>
          <w:sz w:val="20"/>
          <w:szCs w:val="20"/>
        </w:rPr>
        <w:t xml:space="preserve"> Energy, </w:t>
      </w:r>
      <w:proofErr w:type="spellStart"/>
      <w:r w:rsidRPr="007E27C9">
        <w:rPr>
          <w:i/>
          <w:iCs/>
          <w:color w:val="16684D"/>
          <w:sz w:val="20"/>
          <w:szCs w:val="20"/>
        </w:rPr>
        <w:t>s.r.o.</w:t>
      </w:r>
      <w:proofErr w:type="spellEnd"/>
    </w:p>
    <w:p w14:paraId="4922DE8E" w14:textId="77777777" w:rsidR="007E27C9" w:rsidRDefault="007E27C9" w:rsidP="007E27C9">
      <w:pPr>
        <w:spacing w:after="0"/>
        <w:ind w:right="326"/>
        <w:jc w:val="both"/>
        <w:rPr>
          <w:i/>
          <w:iCs/>
          <w:color w:val="16684D"/>
          <w:sz w:val="20"/>
          <w:szCs w:val="20"/>
        </w:rPr>
      </w:pPr>
    </w:p>
    <w:p w14:paraId="5F91F805" w14:textId="77777777" w:rsidR="007E27C9" w:rsidRDefault="007E27C9" w:rsidP="007E27C9">
      <w:pPr>
        <w:spacing w:after="0"/>
        <w:ind w:right="326"/>
        <w:jc w:val="both"/>
        <w:rPr>
          <w:i/>
          <w:iCs/>
          <w:color w:val="16684D"/>
          <w:sz w:val="20"/>
          <w:szCs w:val="20"/>
        </w:rPr>
      </w:pPr>
    </w:p>
    <w:p w14:paraId="4A0485C1" w14:textId="77777777" w:rsidR="007E27C9" w:rsidRDefault="007E27C9" w:rsidP="007E27C9">
      <w:pPr>
        <w:spacing w:after="0"/>
        <w:ind w:right="326"/>
        <w:jc w:val="both"/>
        <w:rPr>
          <w:i/>
          <w:iCs/>
          <w:color w:val="16684D"/>
          <w:sz w:val="20"/>
          <w:szCs w:val="20"/>
        </w:rPr>
      </w:pPr>
    </w:p>
    <w:p w14:paraId="50AD7DEA" w14:textId="7DE4B519" w:rsidR="007E27C9" w:rsidRDefault="007E27C9" w:rsidP="007E27C9">
      <w:pPr>
        <w:spacing w:after="0"/>
        <w:ind w:right="326"/>
        <w:jc w:val="both"/>
        <w:rPr>
          <w:i/>
          <w:iCs/>
          <w:color w:val="16684D"/>
          <w:sz w:val="20"/>
          <w:szCs w:val="20"/>
        </w:rPr>
      </w:pPr>
      <w:r w:rsidRPr="003260F1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232" behindDoc="1" locked="0" layoutInCell="1" allowOverlap="1" wp14:anchorId="13238AF7" wp14:editId="220060F1">
                <wp:simplePos x="0" y="0"/>
                <wp:positionH relativeFrom="column">
                  <wp:posOffset>-249088</wp:posOffset>
                </wp:positionH>
                <wp:positionV relativeFrom="paragraph">
                  <wp:posOffset>200061</wp:posOffset>
                </wp:positionV>
                <wp:extent cx="6001385" cy="2306955"/>
                <wp:effectExtent l="57150" t="19050" r="75565" b="93345"/>
                <wp:wrapNone/>
                <wp:docPr id="1503139988" name="Obdĺžnik: zaoblené rohy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1385" cy="2306955"/>
                        </a:xfrm>
                        <a:prstGeom prst="roundRect">
                          <a:avLst>
                            <a:gd name="adj" fmla="val 9989"/>
                          </a:avLst>
                        </a:prstGeom>
                        <a:solidFill>
                          <a:srgbClr val="BCB68A"/>
                        </a:solidFill>
                        <a:ln>
                          <a:solidFill>
                            <a:schemeClr val="bg2"/>
                          </a:solidFill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  <a:softEdge rad="12700"/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D5E5A7" id="Obdĺžnik: zaoblené rohy 23" o:spid="_x0000_s1026" style="position:absolute;margin-left:-19.6pt;margin-top:15.75pt;width:472.55pt;height:181.65pt;z-index:-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54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" fillcolor="#bcb68a" strokecolor="#eeece1 [3214]">
                <v:shadow on="t" color="black" opacity="22937f" origin=",.5" offset="0,.63889mm"/>
              </v:roundrect>
            </w:pict>
          </mc:Fallback>
        </mc:AlternateContent>
      </w:r>
    </w:p>
    <w:p w14:paraId="4BAE7C86" w14:textId="6224DD92" w:rsidR="007E27C9" w:rsidRDefault="007E27C9" w:rsidP="007E27C9">
      <w:pPr>
        <w:tabs>
          <w:tab w:val="left" w:pos="2776"/>
        </w:tabs>
        <w:spacing w:after="0"/>
        <w:ind w:right="326"/>
        <w:jc w:val="both"/>
        <w:rPr>
          <w:i/>
          <w:iCs/>
          <w:color w:val="16684D"/>
          <w:sz w:val="20"/>
          <w:szCs w:val="20"/>
        </w:rPr>
      </w:pPr>
      <w:r>
        <w:rPr>
          <w:i/>
          <w:iCs/>
          <w:color w:val="16684D"/>
          <w:sz w:val="20"/>
          <w:szCs w:val="20"/>
        </w:rPr>
        <w:tab/>
      </w:r>
    </w:p>
    <w:p w14:paraId="1E634A8C" w14:textId="77777777" w:rsidR="007E27C9" w:rsidRDefault="007E27C9" w:rsidP="007E27C9">
      <w:pPr>
        <w:spacing w:after="0"/>
        <w:ind w:right="326"/>
        <w:jc w:val="both"/>
        <w:rPr>
          <w:i/>
          <w:iCs/>
          <w:color w:val="16684D"/>
          <w:sz w:val="20"/>
          <w:szCs w:val="20"/>
        </w:rPr>
      </w:pPr>
    </w:p>
    <w:tbl>
      <w:tblPr>
        <w:tblStyle w:val="Mriekatabuky"/>
        <w:tblW w:w="0" w:type="auto"/>
        <w:tblInd w:w="3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8717"/>
      </w:tblGrid>
      <w:tr w:rsidR="007E27C9" w14:paraId="743BC670" w14:textId="77777777" w:rsidTr="007E27C9">
        <w:trPr>
          <w:trHeight w:val="340"/>
        </w:trPr>
        <w:tc>
          <w:tcPr>
            <w:tcW w:w="8717" w:type="dxa"/>
            <w:tcBorders>
              <w:top w:val="nil"/>
              <w:left w:val="nil"/>
              <w:bottom w:val="nil"/>
              <w:right w:val="nil"/>
            </w:tcBorders>
            <w:shd w:val="clear" w:color="auto" w:fill="F5F4EF"/>
            <w:vAlign w:val="center"/>
          </w:tcPr>
          <w:p w14:paraId="668E1801" w14:textId="287A2174" w:rsidR="007E27C9" w:rsidRDefault="007E27C9" w:rsidP="007E27C9">
            <w:pPr>
              <w:spacing w:line="259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7E27C9">
              <w:rPr>
                <w:b/>
                <w:bCs/>
                <w:color w:val="262626" w:themeColor="text1" w:themeTint="D9"/>
              </w:rPr>
              <w:t>NUTN</w:t>
            </w:r>
            <w:r w:rsidR="00524F64">
              <w:rPr>
                <w:b/>
                <w:bCs/>
                <w:color w:val="262626" w:themeColor="text1" w:themeTint="D9"/>
              </w:rPr>
              <w:t>É</w:t>
            </w:r>
            <w:r w:rsidRPr="007E27C9">
              <w:rPr>
                <w:b/>
                <w:bCs/>
                <w:color w:val="262626" w:themeColor="text1" w:themeTint="D9"/>
              </w:rPr>
              <w:t xml:space="preserve"> PŘÍLOHY</w:t>
            </w:r>
            <w:r w:rsidR="00D921B0">
              <w:rPr>
                <w:b/>
                <w:bCs/>
                <w:color w:val="262626" w:themeColor="text1" w:themeTint="D9"/>
              </w:rPr>
              <w:t xml:space="preserve"> K ZPRACOVÁNÍ PENB</w:t>
            </w:r>
          </w:p>
        </w:tc>
      </w:tr>
    </w:tbl>
    <w:p w14:paraId="54F9B5BB" w14:textId="77777777" w:rsidR="00524F64" w:rsidRDefault="00524F64" w:rsidP="00524F64">
      <w:pPr>
        <w:spacing w:after="160" w:line="259" w:lineRule="auto"/>
        <w:rPr>
          <w:b/>
          <w:bCs/>
          <w:color w:val="262626" w:themeColor="text1" w:themeTint="D9"/>
          <w:u w:val="single"/>
        </w:rPr>
      </w:pPr>
    </w:p>
    <w:p w14:paraId="33894911" w14:textId="0D4F529B" w:rsidR="00524F64" w:rsidRPr="00524F64" w:rsidRDefault="00524F64" w:rsidP="00524F64">
      <w:pPr>
        <w:pStyle w:val="Odsekzoznamu"/>
        <w:spacing w:after="160" w:line="259" w:lineRule="auto"/>
        <w:ind w:left="0"/>
        <w:rPr>
          <w:b/>
          <w:bCs/>
          <w:color w:val="262626" w:themeColor="text1" w:themeTint="D9"/>
        </w:rPr>
      </w:pPr>
      <w:r w:rsidRPr="00524F64">
        <w:rPr>
          <w:b/>
          <w:bCs/>
          <w:color w:val="262626" w:themeColor="text1" w:themeTint="D9"/>
        </w:rPr>
        <w:t xml:space="preserve"> </w:t>
      </w:r>
      <w:r>
        <w:rPr>
          <w:b/>
          <w:bCs/>
          <w:color w:val="262626" w:themeColor="text1" w:themeTint="D9"/>
        </w:rPr>
        <w:t xml:space="preserve">   </w:t>
      </w:r>
      <w:proofErr w:type="spellStart"/>
      <w:r w:rsidRPr="00524F64">
        <w:rPr>
          <w:b/>
          <w:bCs/>
          <w:color w:val="262626" w:themeColor="text1" w:themeTint="D9"/>
        </w:rPr>
        <w:t>Děkujeme</w:t>
      </w:r>
      <w:proofErr w:type="spellEnd"/>
      <w:r w:rsidRPr="00524F64">
        <w:rPr>
          <w:b/>
          <w:bCs/>
          <w:color w:val="262626" w:themeColor="text1" w:themeTint="D9"/>
        </w:rPr>
        <w:t xml:space="preserve">, </w:t>
      </w:r>
      <w:proofErr w:type="spellStart"/>
      <w:r w:rsidRPr="00524F64">
        <w:rPr>
          <w:b/>
          <w:bCs/>
          <w:color w:val="262626" w:themeColor="text1" w:themeTint="D9"/>
        </w:rPr>
        <w:t>že</w:t>
      </w:r>
      <w:proofErr w:type="spellEnd"/>
      <w:r w:rsidRPr="00524F64">
        <w:rPr>
          <w:b/>
          <w:bCs/>
          <w:color w:val="262626" w:themeColor="text1" w:themeTint="D9"/>
        </w:rPr>
        <w:t xml:space="preserve"> </w:t>
      </w:r>
      <w:proofErr w:type="spellStart"/>
      <w:r w:rsidRPr="00524F64">
        <w:rPr>
          <w:b/>
          <w:bCs/>
          <w:color w:val="262626" w:themeColor="text1" w:themeTint="D9"/>
        </w:rPr>
        <w:t>před</w:t>
      </w:r>
      <w:proofErr w:type="spellEnd"/>
      <w:r w:rsidRPr="00524F64">
        <w:rPr>
          <w:b/>
          <w:bCs/>
          <w:color w:val="262626" w:themeColor="text1" w:themeTint="D9"/>
        </w:rPr>
        <w:t xml:space="preserve"> </w:t>
      </w:r>
      <w:proofErr w:type="spellStart"/>
      <w:r w:rsidRPr="00524F64">
        <w:rPr>
          <w:b/>
          <w:bCs/>
          <w:color w:val="262626" w:themeColor="text1" w:themeTint="D9"/>
        </w:rPr>
        <w:t>odesláním</w:t>
      </w:r>
      <w:proofErr w:type="spellEnd"/>
      <w:r w:rsidRPr="00524F64">
        <w:rPr>
          <w:b/>
          <w:bCs/>
          <w:color w:val="262626" w:themeColor="text1" w:themeTint="D9"/>
        </w:rPr>
        <w:t xml:space="preserve"> </w:t>
      </w:r>
      <w:proofErr w:type="spellStart"/>
      <w:r w:rsidRPr="00524F64">
        <w:rPr>
          <w:b/>
          <w:bCs/>
          <w:color w:val="262626" w:themeColor="text1" w:themeTint="D9"/>
        </w:rPr>
        <w:t>pečlivě</w:t>
      </w:r>
      <w:proofErr w:type="spellEnd"/>
      <w:r w:rsidRPr="00524F64">
        <w:rPr>
          <w:b/>
          <w:bCs/>
          <w:color w:val="262626" w:themeColor="text1" w:themeTint="D9"/>
        </w:rPr>
        <w:t xml:space="preserve"> </w:t>
      </w:r>
      <w:proofErr w:type="spellStart"/>
      <w:r w:rsidRPr="00524F64">
        <w:rPr>
          <w:b/>
          <w:bCs/>
          <w:color w:val="262626" w:themeColor="text1" w:themeTint="D9"/>
        </w:rPr>
        <w:t>kontrolujete</w:t>
      </w:r>
      <w:proofErr w:type="spellEnd"/>
      <w:r w:rsidRPr="00524F64">
        <w:rPr>
          <w:b/>
          <w:bCs/>
          <w:color w:val="262626" w:themeColor="text1" w:themeTint="D9"/>
        </w:rPr>
        <w:t xml:space="preserve"> </w:t>
      </w:r>
      <w:proofErr w:type="spellStart"/>
      <w:r w:rsidRPr="00524F64">
        <w:rPr>
          <w:b/>
          <w:bCs/>
          <w:color w:val="262626" w:themeColor="text1" w:themeTint="D9"/>
        </w:rPr>
        <w:t>správnost</w:t>
      </w:r>
      <w:proofErr w:type="spellEnd"/>
      <w:r w:rsidRPr="00524F64">
        <w:rPr>
          <w:b/>
          <w:bCs/>
          <w:color w:val="262626" w:themeColor="text1" w:themeTint="D9"/>
        </w:rPr>
        <w:t xml:space="preserve"> a </w:t>
      </w:r>
      <w:proofErr w:type="spellStart"/>
      <w:r w:rsidRPr="00524F64">
        <w:rPr>
          <w:b/>
          <w:bCs/>
          <w:color w:val="262626" w:themeColor="text1" w:themeTint="D9"/>
        </w:rPr>
        <w:t>úplnost</w:t>
      </w:r>
      <w:proofErr w:type="spellEnd"/>
      <w:r w:rsidRPr="00524F64">
        <w:rPr>
          <w:b/>
          <w:bCs/>
          <w:color w:val="262626" w:themeColor="text1" w:themeTint="D9"/>
        </w:rPr>
        <w:t xml:space="preserve"> </w:t>
      </w:r>
      <w:proofErr w:type="spellStart"/>
      <w:r w:rsidRPr="00524F64">
        <w:rPr>
          <w:b/>
          <w:bCs/>
          <w:color w:val="262626" w:themeColor="text1" w:themeTint="D9"/>
        </w:rPr>
        <w:t>všech</w:t>
      </w:r>
      <w:proofErr w:type="spellEnd"/>
      <w:r w:rsidRPr="00524F64">
        <w:rPr>
          <w:b/>
          <w:bCs/>
          <w:color w:val="262626" w:themeColor="text1" w:themeTint="D9"/>
        </w:rPr>
        <w:t xml:space="preserve"> </w:t>
      </w:r>
      <w:proofErr w:type="spellStart"/>
      <w:r w:rsidRPr="00524F64">
        <w:rPr>
          <w:b/>
          <w:bCs/>
          <w:color w:val="262626" w:themeColor="text1" w:themeTint="D9"/>
        </w:rPr>
        <w:t>dokumentů</w:t>
      </w:r>
      <w:proofErr w:type="spellEnd"/>
      <w:r w:rsidRPr="00524F64">
        <w:rPr>
          <w:b/>
          <w:bCs/>
          <w:color w:val="262626" w:themeColor="text1" w:themeTint="D9"/>
        </w:rPr>
        <w:t>.</w:t>
      </w:r>
    </w:p>
    <w:p w14:paraId="72B48064" w14:textId="77777777" w:rsidR="00524F64" w:rsidRPr="00524F64" w:rsidRDefault="00524F64" w:rsidP="00524F64">
      <w:pPr>
        <w:pStyle w:val="Odsekzoznamu"/>
        <w:spacing w:after="160" w:line="259" w:lineRule="auto"/>
        <w:rPr>
          <w:color w:val="262626" w:themeColor="text1" w:themeTint="D9"/>
        </w:rPr>
      </w:pPr>
    </w:p>
    <w:p w14:paraId="7D8657EC" w14:textId="77777777" w:rsidR="00D921B0" w:rsidRDefault="007E27C9" w:rsidP="00524F64">
      <w:pPr>
        <w:pStyle w:val="Odsekzoznamu"/>
        <w:numPr>
          <w:ilvl w:val="1"/>
          <w:numId w:val="10"/>
        </w:numPr>
        <w:spacing w:after="160" w:line="259" w:lineRule="auto"/>
        <w:ind w:left="1418" w:firstLine="283"/>
        <w:rPr>
          <w:color w:val="262626" w:themeColor="text1" w:themeTint="D9"/>
        </w:rPr>
      </w:pPr>
      <w:proofErr w:type="spellStart"/>
      <w:r w:rsidRPr="007E27C9">
        <w:rPr>
          <w:color w:val="262626" w:themeColor="text1" w:themeTint="D9"/>
        </w:rPr>
        <w:t>Projektová</w:t>
      </w:r>
      <w:proofErr w:type="spellEnd"/>
      <w:r w:rsidRPr="007E27C9">
        <w:rPr>
          <w:color w:val="262626" w:themeColor="text1" w:themeTint="D9"/>
        </w:rPr>
        <w:t xml:space="preserve"> </w:t>
      </w:r>
      <w:proofErr w:type="spellStart"/>
      <w:r w:rsidRPr="007E27C9">
        <w:rPr>
          <w:color w:val="262626" w:themeColor="text1" w:themeTint="D9"/>
        </w:rPr>
        <w:t>dokumentace</w:t>
      </w:r>
      <w:proofErr w:type="spellEnd"/>
      <w:r w:rsidRPr="007E27C9">
        <w:rPr>
          <w:color w:val="262626" w:themeColor="text1" w:themeTint="D9"/>
        </w:rPr>
        <w:t xml:space="preserve"> – </w:t>
      </w:r>
      <w:proofErr w:type="spellStart"/>
      <w:r w:rsidRPr="007E27C9">
        <w:rPr>
          <w:color w:val="262626" w:themeColor="text1" w:themeTint="D9"/>
        </w:rPr>
        <w:t>Půdorysy</w:t>
      </w:r>
      <w:proofErr w:type="spellEnd"/>
      <w:r w:rsidRPr="007E27C9">
        <w:rPr>
          <w:color w:val="262626" w:themeColor="text1" w:themeTint="D9"/>
        </w:rPr>
        <w:t xml:space="preserve">, </w:t>
      </w:r>
      <w:proofErr w:type="spellStart"/>
      <w:r w:rsidRPr="007E27C9">
        <w:rPr>
          <w:color w:val="262626" w:themeColor="text1" w:themeTint="D9"/>
        </w:rPr>
        <w:t>řezy</w:t>
      </w:r>
      <w:proofErr w:type="spellEnd"/>
      <w:r w:rsidRPr="007E27C9">
        <w:rPr>
          <w:color w:val="262626" w:themeColor="text1" w:themeTint="D9"/>
        </w:rPr>
        <w:t xml:space="preserve">, </w:t>
      </w:r>
      <w:proofErr w:type="spellStart"/>
      <w:r w:rsidRPr="007E27C9">
        <w:rPr>
          <w:color w:val="262626" w:themeColor="text1" w:themeTint="D9"/>
        </w:rPr>
        <w:t>pohledy</w:t>
      </w:r>
      <w:proofErr w:type="spellEnd"/>
      <w:r w:rsidRPr="007E27C9">
        <w:rPr>
          <w:color w:val="262626" w:themeColor="text1" w:themeTint="D9"/>
        </w:rPr>
        <w:t xml:space="preserve">, </w:t>
      </w:r>
      <w:proofErr w:type="spellStart"/>
      <w:r w:rsidRPr="007E27C9">
        <w:rPr>
          <w:color w:val="262626" w:themeColor="text1" w:themeTint="D9"/>
        </w:rPr>
        <w:t>situace</w:t>
      </w:r>
      <w:proofErr w:type="spellEnd"/>
    </w:p>
    <w:p w14:paraId="32DD55B7" w14:textId="25D9B5E1" w:rsidR="007E27C9" w:rsidRPr="007E27C9" w:rsidRDefault="00D921B0" w:rsidP="00524F64">
      <w:pPr>
        <w:pStyle w:val="Odsekzoznamu"/>
        <w:numPr>
          <w:ilvl w:val="1"/>
          <w:numId w:val="10"/>
        </w:numPr>
        <w:spacing w:after="160" w:line="259" w:lineRule="auto"/>
        <w:ind w:left="1418" w:firstLine="283"/>
        <w:rPr>
          <w:color w:val="262626" w:themeColor="text1" w:themeTint="D9"/>
        </w:rPr>
      </w:pPr>
      <w:r>
        <w:rPr>
          <w:color w:val="262626" w:themeColor="text1" w:themeTint="D9"/>
        </w:rPr>
        <w:t xml:space="preserve">Kompletně </w:t>
      </w:r>
      <w:proofErr w:type="spellStart"/>
      <w:r>
        <w:rPr>
          <w:color w:val="262626" w:themeColor="text1" w:themeTint="D9"/>
        </w:rPr>
        <w:t>vyplněný</w:t>
      </w:r>
      <w:proofErr w:type="spellEnd"/>
      <w:r>
        <w:rPr>
          <w:color w:val="262626" w:themeColor="text1" w:themeTint="D9"/>
        </w:rPr>
        <w:t xml:space="preserve"> </w:t>
      </w:r>
      <w:proofErr w:type="spellStart"/>
      <w:r>
        <w:rPr>
          <w:color w:val="262626" w:themeColor="text1" w:themeTint="D9"/>
        </w:rPr>
        <w:t>formulář</w:t>
      </w:r>
      <w:proofErr w:type="spellEnd"/>
      <w:r w:rsidR="007E27C9" w:rsidRPr="007E27C9">
        <w:rPr>
          <w:color w:val="262626" w:themeColor="text1" w:themeTint="D9"/>
        </w:rPr>
        <w:t xml:space="preserve"> </w:t>
      </w:r>
    </w:p>
    <w:p w14:paraId="702E0DC4" w14:textId="3BC7C51A" w:rsidR="007E27C9" w:rsidRPr="007E27C9" w:rsidRDefault="007E27C9" w:rsidP="00524F64">
      <w:pPr>
        <w:pStyle w:val="Odsekzoznamu"/>
        <w:numPr>
          <w:ilvl w:val="1"/>
          <w:numId w:val="10"/>
        </w:numPr>
        <w:spacing w:after="160" w:line="259" w:lineRule="auto"/>
        <w:ind w:left="1418" w:firstLine="283"/>
        <w:rPr>
          <w:color w:val="262626" w:themeColor="text1" w:themeTint="D9"/>
        </w:rPr>
      </w:pPr>
      <w:proofErr w:type="spellStart"/>
      <w:r w:rsidRPr="007E27C9">
        <w:rPr>
          <w:color w:val="262626" w:themeColor="text1" w:themeTint="D9"/>
        </w:rPr>
        <w:t>Seznam</w:t>
      </w:r>
      <w:proofErr w:type="spellEnd"/>
      <w:r w:rsidRPr="007E27C9">
        <w:rPr>
          <w:color w:val="262626" w:themeColor="text1" w:themeTint="D9"/>
        </w:rPr>
        <w:t xml:space="preserve"> </w:t>
      </w:r>
      <w:proofErr w:type="spellStart"/>
      <w:r w:rsidRPr="007E27C9">
        <w:rPr>
          <w:color w:val="262626" w:themeColor="text1" w:themeTint="D9"/>
        </w:rPr>
        <w:t>svítidel</w:t>
      </w:r>
      <w:proofErr w:type="spellEnd"/>
      <w:r w:rsidRPr="007E27C9">
        <w:rPr>
          <w:color w:val="262626" w:themeColor="text1" w:themeTint="D9"/>
        </w:rPr>
        <w:t xml:space="preserve">: </w:t>
      </w:r>
      <w:proofErr w:type="spellStart"/>
      <w:r w:rsidRPr="007E27C9">
        <w:rPr>
          <w:color w:val="262626" w:themeColor="text1" w:themeTint="D9"/>
        </w:rPr>
        <w:t>typy</w:t>
      </w:r>
      <w:proofErr w:type="spellEnd"/>
      <w:r w:rsidRPr="007E27C9">
        <w:rPr>
          <w:color w:val="262626" w:themeColor="text1" w:themeTint="D9"/>
        </w:rPr>
        <w:t xml:space="preserve">, </w:t>
      </w:r>
      <w:proofErr w:type="spellStart"/>
      <w:r w:rsidRPr="007E27C9">
        <w:rPr>
          <w:color w:val="262626" w:themeColor="text1" w:themeTint="D9"/>
        </w:rPr>
        <w:t>počty</w:t>
      </w:r>
      <w:proofErr w:type="spellEnd"/>
      <w:r w:rsidRPr="007E27C9">
        <w:rPr>
          <w:color w:val="262626" w:themeColor="text1" w:themeTint="D9"/>
        </w:rPr>
        <w:t xml:space="preserve"> a </w:t>
      </w:r>
      <w:proofErr w:type="spellStart"/>
      <w:r w:rsidRPr="007E27C9">
        <w:rPr>
          <w:color w:val="262626" w:themeColor="text1" w:themeTint="D9"/>
        </w:rPr>
        <w:t>příkony</w:t>
      </w:r>
      <w:proofErr w:type="spellEnd"/>
      <w:r w:rsidRPr="007E27C9">
        <w:rPr>
          <w:color w:val="262626" w:themeColor="text1" w:themeTint="D9"/>
        </w:rPr>
        <w:t xml:space="preserve"> (W) </w:t>
      </w:r>
      <w:proofErr w:type="spellStart"/>
      <w:r w:rsidRPr="007E27C9">
        <w:rPr>
          <w:color w:val="262626" w:themeColor="text1" w:themeTint="D9"/>
        </w:rPr>
        <w:t>každého</w:t>
      </w:r>
      <w:proofErr w:type="spellEnd"/>
      <w:r w:rsidRPr="007E27C9">
        <w:rPr>
          <w:color w:val="262626" w:themeColor="text1" w:themeTint="D9"/>
        </w:rPr>
        <w:t xml:space="preserve"> </w:t>
      </w:r>
      <w:proofErr w:type="spellStart"/>
      <w:r w:rsidRPr="007E27C9">
        <w:rPr>
          <w:color w:val="262626" w:themeColor="text1" w:themeTint="D9"/>
        </w:rPr>
        <w:t>svítidla</w:t>
      </w:r>
      <w:proofErr w:type="spellEnd"/>
      <w:r w:rsidRPr="007E27C9">
        <w:rPr>
          <w:color w:val="262626" w:themeColor="text1" w:themeTint="D9"/>
        </w:rPr>
        <w:t xml:space="preserve"> </w:t>
      </w:r>
    </w:p>
    <w:p w14:paraId="097BE99E" w14:textId="3D3844F8" w:rsidR="007E27C9" w:rsidRPr="007E27C9" w:rsidRDefault="007E27C9" w:rsidP="00524F64">
      <w:pPr>
        <w:pStyle w:val="Odsekzoznamu"/>
        <w:numPr>
          <w:ilvl w:val="1"/>
          <w:numId w:val="10"/>
        </w:numPr>
        <w:spacing w:after="160" w:line="259" w:lineRule="auto"/>
        <w:ind w:left="1418" w:firstLine="283"/>
        <w:rPr>
          <w:color w:val="262626" w:themeColor="text1" w:themeTint="D9"/>
        </w:rPr>
      </w:pPr>
      <w:proofErr w:type="spellStart"/>
      <w:r w:rsidRPr="007E27C9">
        <w:rPr>
          <w:color w:val="262626" w:themeColor="text1" w:themeTint="D9"/>
        </w:rPr>
        <w:t>Fotodokumentace</w:t>
      </w:r>
      <w:proofErr w:type="spellEnd"/>
      <w:r w:rsidRPr="007E27C9">
        <w:rPr>
          <w:color w:val="262626" w:themeColor="text1" w:themeTint="D9"/>
        </w:rPr>
        <w:t xml:space="preserve"> </w:t>
      </w:r>
      <w:proofErr w:type="spellStart"/>
      <w:r w:rsidRPr="007E27C9">
        <w:rPr>
          <w:color w:val="262626" w:themeColor="text1" w:themeTint="D9"/>
        </w:rPr>
        <w:t>exteriéru</w:t>
      </w:r>
      <w:proofErr w:type="spellEnd"/>
      <w:r w:rsidRPr="007E27C9">
        <w:rPr>
          <w:color w:val="262626" w:themeColor="text1" w:themeTint="D9"/>
        </w:rPr>
        <w:t xml:space="preserve"> </w:t>
      </w:r>
      <w:proofErr w:type="spellStart"/>
      <w:r w:rsidRPr="007E27C9">
        <w:rPr>
          <w:color w:val="262626" w:themeColor="text1" w:themeTint="D9"/>
        </w:rPr>
        <w:t>objektu</w:t>
      </w:r>
      <w:proofErr w:type="spellEnd"/>
      <w:r w:rsidRPr="007E27C9">
        <w:rPr>
          <w:color w:val="262626" w:themeColor="text1" w:themeTint="D9"/>
        </w:rPr>
        <w:t xml:space="preserve"> a </w:t>
      </w:r>
      <w:proofErr w:type="spellStart"/>
      <w:r w:rsidRPr="007E27C9">
        <w:rPr>
          <w:color w:val="262626" w:themeColor="text1" w:themeTint="D9"/>
        </w:rPr>
        <w:t>zdrojů</w:t>
      </w:r>
      <w:proofErr w:type="spellEnd"/>
      <w:r w:rsidRPr="007E27C9">
        <w:rPr>
          <w:color w:val="262626" w:themeColor="text1" w:themeTint="D9"/>
        </w:rPr>
        <w:t xml:space="preserve"> </w:t>
      </w:r>
      <w:proofErr w:type="spellStart"/>
      <w:r w:rsidRPr="007E27C9">
        <w:rPr>
          <w:color w:val="262626" w:themeColor="text1" w:themeTint="D9"/>
        </w:rPr>
        <w:t>energie</w:t>
      </w:r>
      <w:proofErr w:type="spellEnd"/>
    </w:p>
    <w:p w14:paraId="570E75E9" w14:textId="77777777" w:rsidR="007E27C9" w:rsidRPr="007E27C9" w:rsidRDefault="007E27C9" w:rsidP="007E27C9">
      <w:pPr>
        <w:spacing w:after="0"/>
        <w:ind w:right="326"/>
        <w:jc w:val="both"/>
        <w:rPr>
          <w:i/>
          <w:iCs/>
          <w:color w:val="16684D"/>
          <w:sz w:val="20"/>
          <w:szCs w:val="20"/>
        </w:rPr>
      </w:pPr>
    </w:p>
    <w:sectPr w:rsidR="007E27C9" w:rsidRPr="007E27C9" w:rsidSect="00412AFB">
      <w:footerReference w:type="default" r:id="rId11"/>
      <w:pgSz w:w="12240" w:h="15840"/>
      <w:pgMar w:top="0" w:right="1467" w:bottom="1701" w:left="1800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77EFA0" w14:textId="77777777" w:rsidR="002C350F" w:rsidRDefault="002C350F" w:rsidP="00DC697F">
      <w:pPr>
        <w:spacing w:after="0" w:line="240" w:lineRule="auto"/>
      </w:pPr>
      <w:r>
        <w:separator/>
      </w:r>
    </w:p>
  </w:endnote>
  <w:endnote w:type="continuationSeparator" w:id="0">
    <w:p w14:paraId="314B715B" w14:textId="77777777" w:rsidR="002C350F" w:rsidRDefault="002C350F" w:rsidP="00DC69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C0BB2" w14:textId="77777777" w:rsidR="002A5620" w:rsidRDefault="00DC697F" w:rsidP="002A5620">
    <w:pPr>
      <w:pStyle w:val="Pta"/>
      <w:jc w:val="right"/>
      <w:rPr>
        <w:i/>
        <w:iCs/>
        <w:color w:val="404040" w:themeColor="text1" w:themeTint="BF"/>
        <w:sz w:val="20"/>
        <w:szCs w:val="20"/>
      </w:rPr>
    </w:pPr>
    <w:r w:rsidRPr="00DC697F">
      <w:rPr>
        <w:noProof/>
        <w:color w:val="404040" w:themeColor="text1" w:themeTint="BF"/>
        <w:sz w:val="20"/>
        <w:szCs w:val="20"/>
      </w:rPr>
      <w:drawing>
        <wp:anchor distT="0" distB="0" distL="114300" distR="114300" simplePos="0" relativeHeight="251657216" behindDoc="1" locked="0" layoutInCell="1" allowOverlap="1" wp14:anchorId="2B1C080D" wp14:editId="71623E67">
          <wp:simplePos x="0" y="0"/>
          <wp:positionH relativeFrom="column">
            <wp:posOffset>-180975</wp:posOffset>
          </wp:positionH>
          <wp:positionV relativeFrom="paragraph">
            <wp:posOffset>113030</wp:posOffset>
          </wp:positionV>
          <wp:extent cx="1035685" cy="525145"/>
          <wp:effectExtent l="0" t="0" r="0" b="8255"/>
          <wp:wrapNone/>
          <wp:docPr id="633858629" name="Obrázok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1046757" name="Obrázok 231046757"/>
                  <pic:cNvPicPr/>
                </pic:nvPicPr>
                <pic:blipFill>
                  <a:blip r:embed="rId1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5685" cy="525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000000" w:themeColor="text1"/>
        <w:sz w:val="20"/>
        <w:szCs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9AE24ED" wp14:editId="7325BFFA">
              <wp:simplePos x="0" y="0"/>
              <wp:positionH relativeFrom="column">
                <wp:posOffset>-180340</wp:posOffset>
              </wp:positionH>
              <wp:positionV relativeFrom="paragraph">
                <wp:posOffset>54610</wp:posOffset>
              </wp:positionV>
              <wp:extent cx="5886450" cy="0"/>
              <wp:effectExtent l="0" t="0" r="0" b="0"/>
              <wp:wrapNone/>
              <wp:docPr id="1165465249" name="Rovná spojnica 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86450" cy="0"/>
                      </a:xfrm>
                      <a:prstGeom prst="line">
                        <a:avLst/>
                      </a:prstGeom>
                      <a:ln w="3175">
                        <a:solidFill>
                          <a:schemeClr val="bg1">
                            <a:lumMod val="85000"/>
                          </a:schemeClr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7CC07CE" id="Rovná spojnica 3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4.2pt,4.3pt" to="449.3pt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" strokecolor="#d8d8d8 [2732]" strokeweight=".25pt"/>
          </w:pict>
        </mc:Fallback>
      </mc:AlternateContent>
    </w:r>
  </w:p>
  <w:p w14:paraId="1E4A5968" w14:textId="77777777" w:rsidR="002A5620" w:rsidRDefault="002A5620" w:rsidP="002A5620">
    <w:pPr>
      <w:pStyle w:val="Pta"/>
      <w:jc w:val="right"/>
      <w:rPr>
        <w:i/>
        <w:iCs/>
        <w:color w:val="404040" w:themeColor="text1" w:themeTint="BF"/>
        <w:sz w:val="20"/>
        <w:szCs w:val="20"/>
      </w:rPr>
    </w:pPr>
  </w:p>
  <w:p w14:paraId="3A105BD0" w14:textId="30B4AC7F" w:rsidR="00412AFB" w:rsidRDefault="002A5620" w:rsidP="002A5620">
    <w:pPr>
      <w:pStyle w:val="Pta"/>
      <w:jc w:val="right"/>
      <w:rPr>
        <w:i/>
        <w:iCs/>
        <w:color w:val="404040" w:themeColor="text1" w:themeTint="BF"/>
        <w:sz w:val="20"/>
        <w:szCs w:val="20"/>
      </w:rPr>
    </w:pPr>
    <w:r w:rsidRPr="002A5620">
      <w:rPr>
        <w:i/>
        <w:iCs/>
        <w:color w:val="404040" w:themeColor="text1" w:themeTint="BF"/>
        <w:sz w:val="20"/>
        <w:szCs w:val="20"/>
      </w:rPr>
      <w:t xml:space="preserve">Nevíte </w:t>
    </w:r>
    <w:proofErr w:type="spellStart"/>
    <w:r w:rsidRPr="002A5620">
      <w:rPr>
        <w:i/>
        <w:iCs/>
        <w:color w:val="404040" w:themeColor="text1" w:themeTint="BF"/>
        <w:sz w:val="20"/>
        <w:szCs w:val="20"/>
      </w:rPr>
      <w:t>si</w:t>
    </w:r>
    <w:proofErr w:type="spellEnd"/>
    <w:r w:rsidRPr="002A5620">
      <w:rPr>
        <w:i/>
        <w:iCs/>
        <w:color w:val="404040" w:themeColor="text1" w:themeTint="BF"/>
        <w:sz w:val="20"/>
        <w:szCs w:val="20"/>
      </w:rPr>
      <w:t xml:space="preserve"> </w:t>
    </w:r>
    <w:proofErr w:type="spellStart"/>
    <w:r w:rsidRPr="002A5620">
      <w:rPr>
        <w:i/>
        <w:iCs/>
        <w:color w:val="404040" w:themeColor="text1" w:themeTint="BF"/>
        <w:sz w:val="20"/>
        <w:szCs w:val="20"/>
      </w:rPr>
      <w:t>rady</w:t>
    </w:r>
    <w:proofErr w:type="spellEnd"/>
    <w:r w:rsidRPr="002A5620">
      <w:rPr>
        <w:i/>
        <w:iCs/>
        <w:color w:val="404040" w:themeColor="text1" w:themeTint="BF"/>
        <w:sz w:val="20"/>
        <w:szCs w:val="20"/>
      </w:rPr>
      <w:t xml:space="preserve">? </w:t>
    </w:r>
    <w:proofErr w:type="spellStart"/>
    <w:r>
      <w:rPr>
        <w:i/>
        <w:iCs/>
        <w:color w:val="404040" w:themeColor="text1" w:themeTint="BF"/>
        <w:sz w:val="20"/>
        <w:szCs w:val="20"/>
      </w:rPr>
      <w:t>Nap</w:t>
    </w:r>
    <w:r w:rsidRPr="002A5620">
      <w:rPr>
        <w:i/>
        <w:iCs/>
        <w:color w:val="404040" w:themeColor="text1" w:themeTint="BF"/>
        <w:sz w:val="20"/>
        <w:szCs w:val="20"/>
      </w:rPr>
      <w:t>ište</w:t>
    </w:r>
    <w:proofErr w:type="spellEnd"/>
    <w:r w:rsidRPr="002A5620">
      <w:rPr>
        <w:i/>
        <w:iCs/>
        <w:color w:val="404040" w:themeColor="text1" w:themeTint="BF"/>
        <w:sz w:val="20"/>
        <w:szCs w:val="20"/>
      </w:rPr>
      <w:t xml:space="preserve"> </w:t>
    </w:r>
    <w:proofErr w:type="spellStart"/>
    <w:r w:rsidRPr="002A5620">
      <w:rPr>
        <w:i/>
        <w:iCs/>
        <w:color w:val="404040" w:themeColor="text1" w:themeTint="BF"/>
        <w:sz w:val="20"/>
        <w:szCs w:val="20"/>
      </w:rPr>
      <w:t>na</w:t>
    </w:r>
    <w:proofErr w:type="spellEnd"/>
    <w:r w:rsidRPr="002A5620">
      <w:rPr>
        <w:i/>
        <w:iCs/>
        <w:color w:val="404040" w:themeColor="text1" w:themeTint="BF"/>
        <w:sz w:val="20"/>
        <w:szCs w:val="20"/>
      </w:rPr>
      <w:t xml:space="preserve"> </w:t>
    </w:r>
    <w:r w:rsidRPr="002A5620">
      <w:rPr>
        <w:b/>
        <w:bCs/>
        <w:i/>
        <w:iCs/>
        <w:color w:val="16684D"/>
        <w:sz w:val="20"/>
        <w:szCs w:val="20"/>
      </w:rPr>
      <w:t>podpora@zelenabudovam.</w:t>
    </w:r>
    <w:r w:rsidRPr="002A5620">
      <w:rPr>
        <w:b/>
        <w:bCs/>
        <w:i/>
        <w:iCs/>
        <w:color w:val="16684D"/>
        <w:sz w:val="20"/>
        <w:szCs w:val="20"/>
      </w:rPr>
      <w:t>cz</w:t>
    </w:r>
    <w:r w:rsidRPr="002A5620">
      <w:rPr>
        <w:i/>
        <w:iCs/>
        <w:color w:val="16684D"/>
        <w:sz w:val="20"/>
        <w:szCs w:val="20"/>
      </w:rPr>
      <w:t xml:space="preserve"> </w:t>
    </w:r>
    <w:r w:rsidR="00412AFB" w:rsidRPr="00412AFB">
      <w:rPr>
        <w:i/>
        <w:iCs/>
        <w:color w:val="404040" w:themeColor="text1" w:themeTint="BF"/>
        <w:sz w:val="20"/>
        <w:szCs w:val="20"/>
      </w:rPr>
      <w:t xml:space="preserve">a </w:t>
    </w:r>
    <w:proofErr w:type="spellStart"/>
    <w:r w:rsidR="00412AFB" w:rsidRPr="00412AFB">
      <w:rPr>
        <w:i/>
        <w:iCs/>
        <w:color w:val="404040" w:themeColor="text1" w:themeTint="BF"/>
        <w:sz w:val="20"/>
        <w:szCs w:val="20"/>
      </w:rPr>
      <w:t>rádi</w:t>
    </w:r>
    <w:proofErr w:type="spellEnd"/>
    <w:r w:rsidR="00412AFB" w:rsidRPr="00412AFB">
      <w:rPr>
        <w:i/>
        <w:iCs/>
        <w:color w:val="404040" w:themeColor="text1" w:themeTint="BF"/>
        <w:sz w:val="20"/>
        <w:szCs w:val="20"/>
      </w:rPr>
      <w:t xml:space="preserve"> </w:t>
    </w:r>
    <w:proofErr w:type="spellStart"/>
    <w:r w:rsidR="00412AFB" w:rsidRPr="00412AFB">
      <w:rPr>
        <w:i/>
        <w:iCs/>
        <w:color w:val="404040" w:themeColor="text1" w:themeTint="BF"/>
        <w:sz w:val="20"/>
        <w:szCs w:val="20"/>
      </w:rPr>
      <w:t>vám</w:t>
    </w:r>
    <w:proofErr w:type="spellEnd"/>
    <w:r w:rsidR="00412AFB" w:rsidRPr="00412AFB">
      <w:rPr>
        <w:i/>
        <w:iCs/>
        <w:color w:val="404040" w:themeColor="text1" w:themeTint="BF"/>
        <w:sz w:val="20"/>
        <w:szCs w:val="20"/>
      </w:rPr>
      <w:t xml:space="preserve"> </w:t>
    </w:r>
    <w:proofErr w:type="spellStart"/>
    <w:r w:rsidR="00412AFB" w:rsidRPr="00412AFB">
      <w:rPr>
        <w:i/>
        <w:iCs/>
        <w:color w:val="404040" w:themeColor="text1" w:themeTint="BF"/>
        <w:sz w:val="20"/>
        <w:szCs w:val="20"/>
      </w:rPr>
      <w:t>obratem</w:t>
    </w:r>
    <w:proofErr w:type="spellEnd"/>
    <w:r w:rsidR="00412AFB" w:rsidRPr="00412AFB">
      <w:rPr>
        <w:i/>
        <w:iCs/>
        <w:color w:val="404040" w:themeColor="text1" w:themeTint="BF"/>
        <w:sz w:val="20"/>
        <w:szCs w:val="20"/>
      </w:rPr>
      <w:t xml:space="preserve"> </w:t>
    </w:r>
    <w:proofErr w:type="spellStart"/>
    <w:r w:rsidR="00412AFB" w:rsidRPr="00412AFB">
      <w:rPr>
        <w:i/>
        <w:iCs/>
        <w:color w:val="404040" w:themeColor="text1" w:themeTint="BF"/>
        <w:sz w:val="20"/>
        <w:szCs w:val="20"/>
      </w:rPr>
      <w:t>pomůžeme</w:t>
    </w:r>
    <w:proofErr w:type="spellEnd"/>
    <w:r w:rsidR="00412AFB" w:rsidRPr="00412AFB">
      <w:rPr>
        <w:i/>
        <w:iCs/>
        <w:color w:val="404040" w:themeColor="text1" w:themeTint="BF"/>
        <w:sz w:val="20"/>
        <w:szCs w:val="20"/>
      </w:rPr>
      <w:t>.</w:t>
    </w:r>
    <w:r w:rsidR="00DC697F" w:rsidRPr="00DC697F">
      <w:rPr>
        <w:i/>
        <w:iCs/>
        <w:color w:val="404040" w:themeColor="text1" w:themeTint="BF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19E9C4" w14:textId="77777777" w:rsidR="002C350F" w:rsidRDefault="002C350F" w:rsidP="00DC697F">
      <w:pPr>
        <w:spacing w:after="0" w:line="240" w:lineRule="auto"/>
      </w:pPr>
      <w:r>
        <w:separator/>
      </w:r>
    </w:p>
  </w:footnote>
  <w:footnote w:type="continuationSeparator" w:id="0">
    <w:p w14:paraId="544201AB" w14:textId="77777777" w:rsidR="002C350F" w:rsidRDefault="002C350F" w:rsidP="00DC69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97C17DC"/>
    <w:multiLevelType w:val="hybridMultilevel"/>
    <w:tmpl w:val="197AC12A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7F1240"/>
    <w:multiLevelType w:val="hybridMultilevel"/>
    <w:tmpl w:val="995A8574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51A8FCE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D72A74"/>
    <w:multiLevelType w:val="hybridMultilevel"/>
    <w:tmpl w:val="C6C876C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0262325">
    <w:abstractNumId w:val="8"/>
  </w:num>
  <w:num w:numId="2" w16cid:durableId="677773831">
    <w:abstractNumId w:val="6"/>
  </w:num>
  <w:num w:numId="3" w16cid:durableId="255288748">
    <w:abstractNumId w:val="5"/>
  </w:num>
  <w:num w:numId="4" w16cid:durableId="1005286833">
    <w:abstractNumId w:val="4"/>
  </w:num>
  <w:num w:numId="5" w16cid:durableId="123893170">
    <w:abstractNumId w:val="7"/>
  </w:num>
  <w:num w:numId="6" w16cid:durableId="1480993966">
    <w:abstractNumId w:val="3"/>
  </w:num>
  <w:num w:numId="7" w16cid:durableId="724915418">
    <w:abstractNumId w:val="2"/>
  </w:num>
  <w:num w:numId="8" w16cid:durableId="1629433483">
    <w:abstractNumId w:val="1"/>
  </w:num>
  <w:num w:numId="9" w16cid:durableId="492063031">
    <w:abstractNumId w:val="0"/>
  </w:num>
  <w:num w:numId="10" w16cid:durableId="1477724299">
    <w:abstractNumId w:val="10"/>
  </w:num>
  <w:num w:numId="11" w16cid:durableId="213660333">
    <w:abstractNumId w:val="11"/>
  </w:num>
  <w:num w:numId="12" w16cid:durableId="155480376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61AF9"/>
    <w:rsid w:val="000812A0"/>
    <w:rsid w:val="000869A7"/>
    <w:rsid w:val="000C793C"/>
    <w:rsid w:val="0015074B"/>
    <w:rsid w:val="001C5EEC"/>
    <w:rsid w:val="002203A3"/>
    <w:rsid w:val="00243F74"/>
    <w:rsid w:val="0029639D"/>
    <w:rsid w:val="002A5620"/>
    <w:rsid w:val="002C350F"/>
    <w:rsid w:val="003260F1"/>
    <w:rsid w:val="00326F90"/>
    <w:rsid w:val="003468CF"/>
    <w:rsid w:val="003574AD"/>
    <w:rsid w:val="003B1EEB"/>
    <w:rsid w:val="003C068E"/>
    <w:rsid w:val="00412AFB"/>
    <w:rsid w:val="00432463"/>
    <w:rsid w:val="0047143E"/>
    <w:rsid w:val="004D5CFC"/>
    <w:rsid w:val="0051064A"/>
    <w:rsid w:val="00524F64"/>
    <w:rsid w:val="005A0CDE"/>
    <w:rsid w:val="00664DAD"/>
    <w:rsid w:val="00683F6D"/>
    <w:rsid w:val="006A5D73"/>
    <w:rsid w:val="006B195F"/>
    <w:rsid w:val="006C01D2"/>
    <w:rsid w:val="006F352E"/>
    <w:rsid w:val="006F6573"/>
    <w:rsid w:val="00793A96"/>
    <w:rsid w:val="007E27C9"/>
    <w:rsid w:val="00826299"/>
    <w:rsid w:val="008B15E9"/>
    <w:rsid w:val="0096718A"/>
    <w:rsid w:val="009851B7"/>
    <w:rsid w:val="009A07BB"/>
    <w:rsid w:val="009B4608"/>
    <w:rsid w:val="009F2C65"/>
    <w:rsid w:val="00A16DA2"/>
    <w:rsid w:val="00A2106F"/>
    <w:rsid w:val="00AA1D8D"/>
    <w:rsid w:val="00AF1B70"/>
    <w:rsid w:val="00B47730"/>
    <w:rsid w:val="00B54A54"/>
    <w:rsid w:val="00B637F8"/>
    <w:rsid w:val="00B853FF"/>
    <w:rsid w:val="00BC5815"/>
    <w:rsid w:val="00C31CE5"/>
    <w:rsid w:val="00C92DF8"/>
    <w:rsid w:val="00CA7988"/>
    <w:rsid w:val="00CB0664"/>
    <w:rsid w:val="00CF433F"/>
    <w:rsid w:val="00D921B0"/>
    <w:rsid w:val="00D947B0"/>
    <w:rsid w:val="00DA03FF"/>
    <w:rsid w:val="00DB2A48"/>
    <w:rsid w:val="00DC697F"/>
    <w:rsid w:val="00E141BD"/>
    <w:rsid w:val="00E8553C"/>
    <w:rsid w:val="00F04F92"/>
    <w:rsid w:val="00FC693F"/>
    <w:rsid w:val="00FF4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8CE4454"/>
  <w14:defaultImageDpi w14:val="330"/>
  <w15:docId w15:val="{25334505-59AB-4030-8291-5BFB9B721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693F"/>
    <w:rPr>
      <w:rFonts w:ascii="Calibri" w:hAnsi="Calibri"/>
    </w:rPr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Vraz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PillLabel">
    <w:name w:val="PillLabel"/>
    <w:basedOn w:val="Normlny"/>
    <w:pPr>
      <w:spacing w:after="40"/>
    </w:pPr>
    <w:rPr>
      <w:b/>
    </w:rPr>
  </w:style>
  <w:style w:type="paragraph" w:customStyle="1" w:styleId="Hint">
    <w:name w:val="Hint"/>
    <w:basedOn w:val="Normlny"/>
    <w:rPr>
      <w:i/>
      <w:color w:val="787878"/>
      <w:sz w:val="18"/>
    </w:rPr>
  </w:style>
  <w:style w:type="character" w:styleId="Zstupntext">
    <w:name w:val="Placeholder Text"/>
    <w:basedOn w:val="Predvolenpsmoodseku"/>
    <w:uiPriority w:val="99"/>
    <w:semiHidden/>
    <w:rsid w:val="00BC5815"/>
    <w:rPr>
      <w:color w:val="666666"/>
    </w:rPr>
  </w:style>
  <w:style w:type="character" w:customStyle="1" w:styleId="tl1">
    <w:name w:val="Štýl1"/>
    <w:basedOn w:val="Predvolenpsmoodseku"/>
    <w:uiPriority w:val="1"/>
    <w:rsid w:val="0047143E"/>
    <w:rPr>
      <w:b/>
    </w:rPr>
  </w:style>
  <w:style w:type="character" w:styleId="Hypertextovprepojenie">
    <w:name w:val="Hyperlink"/>
    <w:basedOn w:val="Predvolenpsmoodseku"/>
    <w:uiPriority w:val="99"/>
    <w:unhideWhenUsed/>
    <w:rsid w:val="00412AFB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412A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486</Words>
  <Characters>2773</Characters>
  <Application>Microsoft Office Word</Application>
  <DocSecurity>0</DocSecurity>
  <Lines>23</Lines>
  <Paragraphs>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3253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Katarina Lacova</cp:lastModifiedBy>
  <cp:revision>3</cp:revision>
  <cp:lastPrinted>2025-10-26T09:44:00Z</cp:lastPrinted>
  <dcterms:created xsi:type="dcterms:W3CDTF">2025-10-26T09:44:00Z</dcterms:created>
  <dcterms:modified xsi:type="dcterms:W3CDTF">2025-10-26T09:52:00Z</dcterms:modified>
  <cp:category/>
</cp:coreProperties>
</file>