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6E01F438" w14:textId="33D34F7F" w:rsidR="00826299" w:rsidRDefault="00F04F92" w:rsidP="00826299">
      <w:pPr>
        <w:ind w:left="-1800"/>
        <w:jc w:val="center"/>
        <w:rPr>
          <w:rFonts w:ascii="Century" w:hAnsi="Century"/>
          <w:bCs/>
          <w:color w:val="FFFFFF" w:themeColor="background1"/>
          <w:sz w:val="36"/>
          <w:szCs w:val="20"/>
        </w:rPr>
      </w:pPr>
      <w:r>
        <w:rPr>
          <w:b/>
          <w:noProof/>
          <w:sz w:val="40"/>
        </w:rPr>
        <w:drawing>
          <wp:anchor distT="0" distB="0" distL="114300" distR="114300" simplePos="0" relativeHeight="251667968" behindDoc="1" locked="0" layoutInCell="1" allowOverlap="1" wp14:anchorId="15FCA7A3" wp14:editId="2F825606">
            <wp:simplePos x="0" y="0"/>
            <wp:positionH relativeFrom="column">
              <wp:posOffset>-1343025</wp:posOffset>
            </wp:positionH>
            <wp:positionV relativeFrom="paragraph">
              <wp:posOffset>-38099</wp:posOffset>
            </wp:positionV>
            <wp:extent cx="8122640" cy="2228850"/>
            <wp:effectExtent l="0" t="0" r="0" b="0"/>
            <wp:wrapNone/>
            <wp:docPr id="70973113" name="Obrázo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770" cy="2229434"/>
                    </a:xfrm>
                    <a:prstGeom prst="rect">
                      <a:avLst/>
                    </a:prstGeom>
                    <a:effectLst>
                      <a:softEdge rad="3175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195F">
        <w:rPr>
          <w:b/>
          <w:noProof/>
          <w:sz w:val="40"/>
        </w:rPr>
        <w:drawing>
          <wp:anchor distT="0" distB="0" distL="114300" distR="114300" simplePos="0" relativeHeight="251670016" behindDoc="0" locked="0" layoutInCell="1" allowOverlap="1" wp14:anchorId="5D4197D1" wp14:editId="42183BDB">
            <wp:simplePos x="0" y="0"/>
            <wp:positionH relativeFrom="column">
              <wp:posOffset>-704849</wp:posOffset>
            </wp:positionH>
            <wp:positionV relativeFrom="paragraph">
              <wp:posOffset>247651</wp:posOffset>
            </wp:positionV>
            <wp:extent cx="1390650" cy="704822"/>
            <wp:effectExtent l="0" t="0" r="0" b="635"/>
            <wp:wrapNone/>
            <wp:docPr id="1405771172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771172" name="Obrázok 140577117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92101" cy="7055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8C2CBB" w14:textId="77777777" w:rsidR="00826299" w:rsidRPr="00F04F92" w:rsidRDefault="00826299" w:rsidP="00826299">
      <w:pPr>
        <w:tabs>
          <w:tab w:val="left" w:pos="3960"/>
        </w:tabs>
        <w:ind w:left="-567" w:right="-241"/>
        <w:jc w:val="right"/>
        <w:rPr>
          <w:rFonts w:ascii="Century" w:hAnsi="Century"/>
          <w:bCs/>
          <w:color w:val="FFFFFF" w:themeColor="background1"/>
          <w:sz w:val="72"/>
          <w:szCs w:val="72"/>
        </w:rPr>
      </w:pPr>
    </w:p>
    <w:p w14:paraId="1794142F" w14:textId="5FE9DC44" w:rsidR="00826299" w:rsidRPr="00F04F92" w:rsidRDefault="003F604B" w:rsidP="003260F1">
      <w:pPr>
        <w:tabs>
          <w:tab w:val="left" w:pos="3960"/>
        </w:tabs>
        <w:spacing w:after="0"/>
        <w:ind w:left="-567" w:right="-96"/>
        <w:jc w:val="right"/>
        <w:rPr>
          <w:rFonts w:ascii="Bookman Old Style" w:hAnsi="Bookman Old Style"/>
          <w:bCs/>
          <w:color w:val="BCB68A"/>
          <w:sz w:val="40"/>
        </w:rPr>
      </w:pPr>
      <w:r w:rsidRPr="003F604B">
        <w:rPr>
          <w:rFonts w:ascii="Bookman Old Style" w:hAnsi="Bookman Old Style"/>
          <w:bCs/>
          <w:color w:val="BCB68A"/>
          <w:sz w:val="40"/>
        </w:rPr>
        <w:t>SEZNAM SVÍTIDEL</w:t>
      </w:r>
      <w:r w:rsidRPr="00F04F92">
        <w:rPr>
          <w:rFonts w:ascii="Bookman Old Style" w:hAnsi="Bookman Old Style"/>
          <w:bCs/>
          <w:color w:val="BCB68A"/>
          <w:sz w:val="40"/>
        </w:rPr>
        <w:t xml:space="preserve"> </w:t>
      </w:r>
      <w:r w:rsidR="000812A0" w:rsidRPr="00F04F92">
        <w:rPr>
          <w:rFonts w:ascii="Bookman Old Style" w:hAnsi="Bookman Old Style"/>
          <w:bCs/>
          <w:color w:val="BCB68A"/>
          <w:sz w:val="40"/>
        </w:rPr>
        <w:t xml:space="preserve">PRO PRŮKAZ </w:t>
      </w:r>
    </w:p>
    <w:p w14:paraId="12C2D922" w14:textId="6B9393A5" w:rsidR="00DB2A48" w:rsidRPr="00F04F92" w:rsidRDefault="000812A0" w:rsidP="003260F1">
      <w:pPr>
        <w:tabs>
          <w:tab w:val="left" w:pos="3960"/>
        </w:tabs>
        <w:spacing w:after="0"/>
        <w:ind w:left="-567" w:right="-96"/>
        <w:jc w:val="right"/>
        <w:rPr>
          <w:rFonts w:ascii="Century" w:hAnsi="Century"/>
          <w:bCs/>
          <w:color w:val="BCB68A"/>
          <w:sz w:val="40"/>
        </w:rPr>
      </w:pPr>
      <w:r w:rsidRPr="00F04F92">
        <w:rPr>
          <w:rFonts w:ascii="Bookman Old Style" w:hAnsi="Bookman Old Style"/>
          <w:bCs/>
          <w:color w:val="BCB68A"/>
          <w:sz w:val="40"/>
        </w:rPr>
        <w:t>ENERGETICKÉ NÁROČNOSTI BUDOVY</w:t>
      </w:r>
    </w:p>
    <w:p w14:paraId="548773FD" w14:textId="17CF9CE6" w:rsidR="000812A0" w:rsidRDefault="000812A0" w:rsidP="003260F1">
      <w:pPr>
        <w:tabs>
          <w:tab w:val="left" w:pos="3960"/>
        </w:tabs>
        <w:spacing w:after="0"/>
        <w:ind w:left="-567" w:right="-96"/>
        <w:jc w:val="right"/>
        <w:rPr>
          <w:bCs/>
          <w:color w:val="BCB68A"/>
          <w:sz w:val="14"/>
          <w:szCs w:val="4"/>
        </w:rPr>
      </w:pPr>
      <w:proofErr w:type="spellStart"/>
      <w:r w:rsidRPr="00826299">
        <w:rPr>
          <w:bCs/>
          <w:color w:val="BCB68A"/>
          <w:sz w:val="14"/>
          <w:szCs w:val="4"/>
        </w:rPr>
        <w:t>Dle</w:t>
      </w:r>
      <w:proofErr w:type="spellEnd"/>
      <w:r w:rsidRPr="00826299">
        <w:rPr>
          <w:bCs/>
          <w:color w:val="BCB68A"/>
          <w:sz w:val="14"/>
          <w:szCs w:val="4"/>
        </w:rPr>
        <w:t xml:space="preserve"> </w:t>
      </w:r>
      <w:proofErr w:type="spellStart"/>
      <w:r w:rsidRPr="00826299">
        <w:rPr>
          <w:bCs/>
          <w:color w:val="BCB68A"/>
          <w:sz w:val="14"/>
          <w:szCs w:val="4"/>
        </w:rPr>
        <w:t>zákona</w:t>
      </w:r>
      <w:proofErr w:type="spellEnd"/>
      <w:r w:rsidRPr="00826299">
        <w:rPr>
          <w:bCs/>
          <w:color w:val="BCB68A"/>
          <w:sz w:val="14"/>
          <w:szCs w:val="4"/>
        </w:rPr>
        <w:t xml:space="preserve"> č. 406/2000 sb. </w:t>
      </w:r>
      <w:proofErr w:type="spellStart"/>
      <w:r w:rsidRPr="00826299">
        <w:rPr>
          <w:bCs/>
          <w:color w:val="BCB68A"/>
          <w:sz w:val="14"/>
          <w:szCs w:val="4"/>
        </w:rPr>
        <w:t>ve</w:t>
      </w:r>
      <w:proofErr w:type="spellEnd"/>
      <w:r w:rsidRPr="00826299">
        <w:rPr>
          <w:bCs/>
          <w:color w:val="BCB68A"/>
          <w:sz w:val="14"/>
          <w:szCs w:val="4"/>
        </w:rPr>
        <w:t xml:space="preserve"> </w:t>
      </w:r>
      <w:proofErr w:type="spellStart"/>
      <w:r w:rsidRPr="00826299">
        <w:rPr>
          <w:bCs/>
          <w:color w:val="BCB68A"/>
          <w:sz w:val="14"/>
          <w:szCs w:val="4"/>
        </w:rPr>
        <w:t>znění</w:t>
      </w:r>
      <w:proofErr w:type="spellEnd"/>
      <w:r w:rsidRPr="00826299">
        <w:rPr>
          <w:bCs/>
          <w:color w:val="BCB68A"/>
          <w:sz w:val="14"/>
          <w:szCs w:val="4"/>
        </w:rPr>
        <w:t xml:space="preserve"> </w:t>
      </w:r>
      <w:proofErr w:type="spellStart"/>
      <w:r w:rsidRPr="00826299">
        <w:rPr>
          <w:bCs/>
          <w:color w:val="BCB68A"/>
          <w:sz w:val="14"/>
          <w:szCs w:val="4"/>
        </w:rPr>
        <w:t>pozdějších</w:t>
      </w:r>
      <w:proofErr w:type="spellEnd"/>
      <w:r w:rsidRPr="00826299">
        <w:rPr>
          <w:bCs/>
          <w:color w:val="BCB68A"/>
          <w:sz w:val="14"/>
          <w:szCs w:val="4"/>
        </w:rPr>
        <w:t xml:space="preserve"> </w:t>
      </w:r>
      <w:proofErr w:type="spellStart"/>
      <w:r w:rsidRPr="00826299">
        <w:rPr>
          <w:bCs/>
          <w:color w:val="BCB68A"/>
          <w:sz w:val="14"/>
          <w:szCs w:val="4"/>
        </w:rPr>
        <w:t>předpisů</w:t>
      </w:r>
      <w:proofErr w:type="spellEnd"/>
    </w:p>
    <w:p w14:paraId="5308E130" w14:textId="77777777" w:rsidR="00F04F92" w:rsidRPr="00F04F92" w:rsidRDefault="00F04F92" w:rsidP="003260F1">
      <w:pPr>
        <w:tabs>
          <w:tab w:val="left" w:pos="3960"/>
        </w:tabs>
        <w:spacing w:after="0"/>
        <w:ind w:left="-567" w:right="-96"/>
        <w:jc w:val="right"/>
        <w:rPr>
          <w:bCs/>
          <w:color w:val="BCB68A"/>
          <w:sz w:val="4"/>
          <w:szCs w:val="2"/>
        </w:rPr>
      </w:pPr>
    </w:p>
    <w:p w14:paraId="59AC161C" w14:textId="77777777" w:rsidR="00F04F92" w:rsidRDefault="00F04F92" w:rsidP="003260F1">
      <w:pPr>
        <w:tabs>
          <w:tab w:val="left" w:pos="3443"/>
        </w:tabs>
        <w:spacing w:after="0"/>
        <w:ind w:left="-567" w:right="-432" w:firstLine="720"/>
        <w:rPr>
          <w:sz w:val="20"/>
          <w:szCs w:val="20"/>
        </w:rPr>
      </w:pPr>
    </w:p>
    <w:p w14:paraId="3531467D" w14:textId="54F8F284" w:rsidR="00DB2A48" w:rsidRPr="003260F1" w:rsidRDefault="00061AF9" w:rsidP="009F2C65">
      <w:pPr>
        <w:spacing w:after="120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4B3060F0" wp14:editId="47867FD6">
                <wp:simplePos x="0" y="0"/>
                <wp:positionH relativeFrom="column">
                  <wp:posOffset>-200991</wp:posOffset>
                </wp:positionH>
                <wp:positionV relativeFrom="paragraph">
                  <wp:posOffset>191770</wp:posOffset>
                </wp:positionV>
                <wp:extent cx="6001385" cy="1268425"/>
                <wp:effectExtent l="57150" t="19050" r="75565" b="103505"/>
                <wp:wrapNone/>
                <wp:docPr id="699586390" name="Obdĺžnik: zaoblené roh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1268425"/>
                        </a:xfrm>
                        <a:prstGeom prst="roundRect">
                          <a:avLst>
                            <a:gd name="adj" fmla="val 6021"/>
                          </a:avLst>
                        </a:prstGeom>
                        <a:solidFill>
                          <a:srgbClr val="F4F3EC"/>
                        </a:solidFill>
                        <a:ln>
                          <a:solidFill>
                            <a:schemeClr val="bg2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  <a:softEdge rad="12700"/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597554" id="Obdĺžnik: zaoblené rohy 23" o:spid="_x0000_s1026" style="position:absolute;margin-left:-15.85pt;margin-top:15.1pt;width:472.55pt;height:99.9pt;z-index:-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9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" fillcolor="#f4f3ec" strokecolor="#eeece1 [3214]">
                <v:shadow on="t" color="black" opacity="22937f" origin=",.5" offset="0,.63889mm"/>
              </v:roundrect>
            </w:pict>
          </mc:Fallback>
        </mc:AlternateContent>
      </w:r>
    </w:p>
    <w:tbl>
      <w:tblPr>
        <w:tblStyle w:val="Mriekatabuky"/>
        <w:tblpPr w:leftFromText="141" w:rightFromText="141" w:vertAnchor="text" w:horzAnchor="margin" w:tblpY="184"/>
        <w:tblW w:w="0" w:type="auto"/>
        <w:tblBorders>
          <w:top w:val="single" w:sz="4" w:space="0" w:color="F4F3EC"/>
          <w:left w:val="single" w:sz="4" w:space="0" w:color="F4F3EC"/>
          <w:bottom w:val="single" w:sz="4" w:space="0" w:color="F4F3EC"/>
          <w:right w:val="single" w:sz="4" w:space="0" w:color="F4F3EC"/>
          <w:insideH w:val="single" w:sz="4" w:space="0" w:color="F4F3EC"/>
          <w:insideV w:val="single" w:sz="4" w:space="0" w:color="F4F3EC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43"/>
        <w:gridCol w:w="5884"/>
      </w:tblGrid>
      <w:tr w:rsidR="003260F1" w:rsidRPr="003260F1" w14:paraId="32077207" w14:textId="77777777" w:rsidTr="0051064A">
        <w:trPr>
          <w:trHeight w:val="340"/>
        </w:trPr>
        <w:tc>
          <w:tcPr>
            <w:tcW w:w="8827" w:type="dxa"/>
            <w:gridSpan w:val="2"/>
            <w:shd w:val="clear" w:color="auto" w:fill="BCB68A"/>
            <w:vAlign w:val="center"/>
          </w:tcPr>
          <w:p w14:paraId="523ABA3C" w14:textId="5119428C" w:rsidR="003260F1" w:rsidRPr="003260F1" w:rsidRDefault="00412AFB" w:rsidP="0051064A">
            <w:pPr>
              <w:jc w:val="center"/>
              <w:rPr>
                <w:b/>
                <w:bCs/>
                <w:sz w:val="20"/>
                <w:szCs w:val="20"/>
              </w:rPr>
            </w:pPr>
            <w:r w:rsidRPr="00412AFB"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  <w:t>ZÁKLADNÍ INFORMACE O OBJEKTU</w:t>
            </w:r>
          </w:p>
        </w:tc>
      </w:tr>
      <w:tr w:rsidR="003260F1" w:rsidRPr="003260F1" w14:paraId="4195BA7E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62AE5567" w14:textId="69672892" w:rsidR="003260F1" w:rsidRPr="00683F6D" w:rsidRDefault="003260F1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Název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budovy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ab/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550F289C" w14:textId="77777777" w:rsidR="003260F1" w:rsidRPr="003260F1" w:rsidRDefault="003260F1" w:rsidP="0051064A">
            <w:pPr>
              <w:rPr>
                <w:sz w:val="20"/>
                <w:szCs w:val="20"/>
              </w:rPr>
            </w:pPr>
          </w:p>
        </w:tc>
      </w:tr>
      <w:tr w:rsidR="0047143E" w:rsidRPr="003260F1" w14:paraId="62E4CE90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1AAADDCC" w14:textId="1D72CE8E" w:rsidR="0047143E" w:rsidRPr="00683F6D" w:rsidRDefault="0047143E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Obec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a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okres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280BAC7C" w14:textId="77777777" w:rsidR="0047143E" w:rsidRPr="003260F1" w:rsidRDefault="0047143E" w:rsidP="0051064A">
            <w:pPr>
              <w:rPr>
                <w:sz w:val="20"/>
                <w:szCs w:val="20"/>
              </w:rPr>
            </w:pPr>
          </w:p>
        </w:tc>
      </w:tr>
      <w:tr w:rsidR="003260F1" w:rsidRPr="003260F1" w14:paraId="3323DA77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28205B1A" w14:textId="6D8C8357" w:rsidR="003260F1" w:rsidRPr="00683F6D" w:rsidRDefault="003260F1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Ulice</w:t>
            </w: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a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číslo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ab/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7C53BA6D" w14:textId="77777777" w:rsidR="003260F1" w:rsidRPr="003260F1" w:rsidRDefault="003260F1" w:rsidP="0051064A">
            <w:pPr>
              <w:rPr>
                <w:sz w:val="20"/>
                <w:szCs w:val="20"/>
              </w:rPr>
            </w:pPr>
          </w:p>
        </w:tc>
      </w:tr>
    </w:tbl>
    <w:p w14:paraId="72DB76BC" w14:textId="77777777" w:rsidR="003260F1" w:rsidRPr="003260F1" w:rsidRDefault="003260F1" w:rsidP="003260F1">
      <w:pPr>
        <w:tabs>
          <w:tab w:val="left" w:pos="3330"/>
        </w:tabs>
        <w:spacing w:after="0"/>
        <w:rPr>
          <w:sz w:val="20"/>
          <w:szCs w:val="20"/>
        </w:rPr>
      </w:pPr>
      <w:r w:rsidRPr="003260F1">
        <w:rPr>
          <w:sz w:val="20"/>
          <w:szCs w:val="20"/>
        </w:rPr>
        <w:tab/>
      </w:r>
    </w:p>
    <w:p w14:paraId="44265642" w14:textId="77777777" w:rsidR="003F604B" w:rsidRPr="003260F1" w:rsidRDefault="003F604B" w:rsidP="003F604B">
      <w:pPr>
        <w:spacing w:after="120"/>
        <w:rPr>
          <w:sz w:val="20"/>
          <w:szCs w:val="20"/>
        </w:rPr>
      </w:pPr>
    </w:p>
    <w:tbl>
      <w:tblPr>
        <w:tblStyle w:val="Mriekatabuky"/>
        <w:tblpPr w:leftFromText="141" w:rightFromText="141" w:vertAnchor="text" w:horzAnchor="margin" w:tblpY="184"/>
        <w:tblW w:w="0" w:type="auto"/>
        <w:tblBorders>
          <w:top w:val="single" w:sz="4" w:space="0" w:color="0B3326"/>
          <w:left w:val="single" w:sz="4" w:space="0" w:color="0B3326"/>
          <w:bottom w:val="single" w:sz="4" w:space="0" w:color="0B3326"/>
          <w:right w:val="single" w:sz="4" w:space="0" w:color="0B3326"/>
          <w:insideH w:val="single" w:sz="4" w:space="0" w:color="0B3326"/>
          <w:insideV w:val="single" w:sz="4" w:space="0" w:color="0B3326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240"/>
        <w:gridCol w:w="2241"/>
        <w:gridCol w:w="2241"/>
        <w:gridCol w:w="2062"/>
      </w:tblGrid>
      <w:tr w:rsidR="003F604B" w:rsidRPr="003260F1" w14:paraId="1542A262" w14:textId="113953FD" w:rsidTr="00013734">
        <w:trPr>
          <w:trHeight w:val="340"/>
        </w:trPr>
        <w:tc>
          <w:tcPr>
            <w:tcW w:w="8784" w:type="dxa"/>
            <w:gridSpan w:val="4"/>
            <w:shd w:val="clear" w:color="auto" w:fill="BCB68A"/>
            <w:vAlign w:val="center"/>
          </w:tcPr>
          <w:p w14:paraId="5F57DD09" w14:textId="14E61C82" w:rsidR="003F604B" w:rsidRPr="003F604B" w:rsidRDefault="003F604B" w:rsidP="003F604B">
            <w:pPr>
              <w:jc w:val="center"/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</w:pPr>
            <w:r w:rsidRPr="003F604B"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  <w:t>SEZNAM SVÍTIDEL</w:t>
            </w:r>
          </w:p>
        </w:tc>
      </w:tr>
      <w:tr w:rsidR="003F604B" w:rsidRPr="003260F1" w14:paraId="7B61BE86" w14:textId="48C79C97" w:rsidTr="00013734">
        <w:trPr>
          <w:trHeight w:val="340"/>
        </w:trPr>
        <w:tc>
          <w:tcPr>
            <w:tcW w:w="2240" w:type="dxa"/>
            <w:shd w:val="clear" w:color="auto" w:fill="F5F4EF"/>
            <w:vAlign w:val="center"/>
          </w:tcPr>
          <w:p w14:paraId="385C525C" w14:textId="1A279C28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>
              <w:rPr>
                <w:b/>
                <w:bCs/>
                <w:color w:val="404040" w:themeColor="text1" w:themeTint="BF"/>
                <w:sz w:val="20"/>
                <w:szCs w:val="20"/>
              </w:rPr>
              <w:t>Typ</w:t>
            </w:r>
            <w:proofErr w:type="spellEnd"/>
            <w:r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404040" w:themeColor="text1" w:themeTint="BF"/>
                <w:sz w:val="20"/>
                <w:szCs w:val="20"/>
              </w:rPr>
              <w:t>zdroje</w:t>
            </w:r>
            <w:proofErr w:type="spellEnd"/>
          </w:p>
        </w:tc>
        <w:tc>
          <w:tcPr>
            <w:tcW w:w="2241" w:type="dxa"/>
            <w:shd w:val="clear" w:color="auto" w:fill="F5F4EF"/>
            <w:vAlign w:val="center"/>
          </w:tcPr>
          <w:p w14:paraId="48D05535" w14:textId="33533511" w:rsidR="003F604B" w:rsidRPr="003F604B" w:rsidRDefault="003F604B" w:rsidP="003F604B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F604B">
              <w:rPr>
                <w:b/>
                <w:bCs/>
                <w:sz w:val="20"/>
                <w:szCs w:val="20"/>
              </w:rPr>
              <w:t>Príkon</w:t>
            </w:r>
            <w:proofErr w:type="spellEnd"/>
            <w:r w:rsidRPr="003F604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F604B">
              <w:rPr>
                <w:b/>
                <w:bCs/>
                <w:sz w:val="20"/>
                <w:szCs w:val="20"/>
              </w:rPr>
              <w:t>zdroje</w:t>
            </w:r>
            <w:proofErr w:type="spellEnd"/>
            <w:r w:rsidRPr="003F604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F604B">
              <w:rPr>
                <w:b/>
                <w:bCs/>
                <w:sz w:val="20"/>
                <w:szCs w:val="20"/>
              </w:rPr>
              <w:t>ve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W</w:t>
            </w:r>
          </w:p>
        </w:tc>
        <w:tc>
          <w:tcPr>
            <w:tcW w:w="2241" w:type="dxa"/>
            <w:shd w:val="clear" w:color="auto" w:fill="F5F4EF"/>
            <w:vAlign w:val="center"/>
          </w:tcPr>
          <w:p w14:paraId="6C44DF40" w14:textId="5619F739" w:rsidR="003F604B" w:rsidRPr="003F604B" w:rsidRDefault="003F604B" w:rsidP="003F604B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F604B">
              <w:rPr>
                <w:b/>
                <w:bCs/>
                <w:sz w:val="20"/>
                <w:szCs w:val="20"/>
              </w:rPr>
              <w:t>Počet</w:t>
            </w:r>
            <w:proofErr w:type="spellEnd"/>
            <w:r w:rsidRPr="003F604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F604B">
              <w:rPr>
                <w:b/>
                <w:bCs/>
                <w:sz w:val="20"/>
                <w:szCs w:val="20"/>
              </w:rPr>
              <w:t>svítidel</w:t>
            </w:r>
            <w:proofErr w:type="spellEnd"/>
            <w:r w:rsidRPr="003F604B">
              <w:rPr>
                <w:b/>
                <w:bCs/>
                <w:sz w:val="20"/>
                <w:szCs w:val="20"/>
              </w:rPr>
              <w:t>/</w:t>
            </w:r>
            <w:proofErr w:type="spellStart"/>
            <w:r w:rsidRPr="003F604B">
              <w:rPr>
                <w:b/>
                <w:bCs/>
                <w:sz w:val="20"/>
                <w:szCs w:val="20"/>
              </w:rPr>
              <w:t>zdrojů</w:t>
            </w:r>
            <w:proofErr w:type="spellEnd"/>
          </w:p>
        </w:tc>
        <w:tc>
          <w:tcPr>
            <w:tcW w:w="2062" w:type="dxa"/>
            <w:shd w:val="clear" w:color="auto" w:fill="F5F4EF"/>
            <w:vAlign w:val="center"/>
          </w:tcPr>
          <w:p w14:paraId="2CCF27D2" w14:textId="7C9E5FE0" w:rsidR="003F604B" w:rsidRPr="003F604B" w:rsidRDefault="003F604B" w:rsidP="003F604B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F604B">
              <w:rPr>
                <w:b/>
                <w:bCs/>
                <w:sz w:val="20"/>
                <w:szCs w:val="20"/>
              </w:rPr>
              <w:t>Umístnení</w:t>
            </w:r>
            <w:proofErr w:type="spellEnd"/>
          </w:p>
        </w:tc>
      </w:tr>
      <w:tr w:rsidR="003F604B" w:rsidRPr="003260F1" w14:paraId="30A56A07" w14:textId="22376A66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6FD70693" w14:textId="147283F8" w:rsidR="003F604B" w:rsidRPr="003F604B" w:rsidRDefault="003F604B" w:rsidP="003F604B">
            <w:pPr>
              <w:jc w:val="center"/>
              <w:rPr>
                <w:b/>
                <w:bCs/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3F604B">
              <w:rPr>
                <w:b/>
                <w:bCs/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3F604B">
              <w:rPr>
                <w:b/>
                <w:bCs/>
                <w:color w:val="A6A6A6" w:themeColor="background1" w:themeShade="A6"/>
                <w:sz w:val="18"/>
                <w:szCs w:val="18"/>
              </w:rPr>
              <w:t>. LED žárovka</w:t>
            </w: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272424D3" w14:textId="1BBEC697" w:rsidR="003F604B" w:rsidRPr="003F604B" w:rsidRDefault="003F604B" w:rsidP="003F604B">
            <w:pPr>
              <w:jc w:val="center"/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3F604B">
              <w:rPr>
                <w:b/>
                <w:bCs/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3F604B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. </w:t>
            </w:r>
            <w:r>
              <w:rPr>
                <w:b/>
                <w:bCs/>
                <w:color w:val="A6A6A6" w:themeColor="background1" w:themeShade="A6"/>
                <w:sz w:val="18"/>
                <w:szCs w:val="18"/>
              </w:rPr>
              <w:t>10 W</w:t>
            </w: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05CCC46A" w14:textId="37D00BD0" w:rsidR="003F604B" w:rsidRPr="003F604B" w:rsidRDefault="003F604B" w:rsidP="003F604B">
            <w:pPr>
              <w:jc w:val="center"/>
              <w:rPr>
                <w:b/>
                <w:bCs/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3F604B">
              <w:rPr>
                <w:b/>
                <w:bCs/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3F604B">
              <w:rPr>
                <w:b/>
                <w:bCs/>
                <w:color w:val="A6A6A6" w:themeColor="background1" w:themeShade="A6"/>
                <w:sz w:val="18"/>
                <w:szCs w:val="18"/>
              </w:rPr>
              <w:t>.</w:t>
            </w:r>
            <w:r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 8</w:t>
            </w: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42F98CFE" w14:textId="229D519A" w:rsidR="003F604B" w:rsidRPr="003F604B" w:rsidRDefault="003F604B" w:rsidP="003F604B">
            <w:pPr>
              <w:jc w:val="center"/>
              <w:rPr>
                <w:b/>
                <w:bCs/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3F604B">
              <w:rPr>
                <w:b/>
                <w:bCs/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3F604B">
              <w:rPr>
                <w:b/>
                <w:bCs/>
                <w:color w:val="A6A6A6" w:themeColor="background1" w:themeShade="A6"/>
                <w:sz w:val="18"/>
                <w:szCs w:val="18"/>
              </w:rPr>
              <w:t>.</w:t>
            </w:r>
            <w:r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color w:val="A6A6A6" w:themeColor="background1" w:themeShade="A6"/>
                <w:sz w:val="18"/>
                <w:szCs w:val="18"/>
              </w:rPr>
              <w:t>Obývací</w:t>
            </w:r>
            <w:proofErr w:type="spellEnd"/>
            <w:r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color w:val="A6A6A6" w:themeColor="background1" w:themeShade="A6"/>
                <w:sz w:val="18"/>
                <w:szCs w:val="18"/>
              </w:rPr>
              <w:t>pokoj</w:t>
            </w:r>
            <w:proofErr w:type="spellEnd"/>
          </w:p>
        </w:tc>
      </w:tr>
      <w:tr w:rsidR="003F604B" w:rsidRPr="003260F1" w14:paraId="65E54CC9" w14:textId="7AA2C01D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54E14AEF" w14:textId="4C90A899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62049C19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266C59E8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50B1228D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6F2CF8D2" w14:textId="36876B8B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12273711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05783243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189C4BD9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043571B1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1B33B176" w14:textId="11573DA3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611A0894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3EC809FB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5CA0FB39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5AE461BE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7C1694BF" w14:textId="06869376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38FE6B21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13609A92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78B804EA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73D3DCBF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34CFD47F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61DA6376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1226924B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6CC6F45A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279907E0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5C600884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6786F6CB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3FB6B378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5F0FE7BF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003A6C79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1725DBE6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2E6A444D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3DCAFDAA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2F72255F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49107358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368DD540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5B7E843D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1FA41089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741B1702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4E4E8D41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0157DA94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6D53104D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26A53CBB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2C1794FF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1FBBC3EB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72381321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0F2A1872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5CF88DDA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4666C620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6FCBA2F9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71646D4C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518059C4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44009B28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664D1709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36799561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59049513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3FA25A08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5264CD6E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0029DDB7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612B6668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47584E70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325BA659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010960CE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5FD3625A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4B70F448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34A4F3DF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6BA8EA79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4A382116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665A3004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2CF1004A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4F282B80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0797AA67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6070F082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67C782D1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6BF272BA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546FC169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3A9F7CB3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137FAAA2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23C1C6E5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5BF801F3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2A3B3BBB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656B50AD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6102F9AD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4A315337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61523800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  <w:tr w:rsidR="003F604B" w:rsidRPr="003260F1" w14:paraId="5728EE02" w14:textId="77777777" w:rsidTr="00013734">
        <w:trPr>
          <w:trHeight w:val="340"/>
        </w:trPr>
        <w:tc>
          <w:tcPr>
            <w:tcW w:w="2240" w:type="dxa"/>
            <w:shd w:val="clear" w:color="auto" w:fill="FFFFFF" w:themeFill="background1"/>
            <w:vAlign w:val="center"/>
          </w:tcPr>
          <w:p w14:paraId="49853C11" w14:textId="77777777" w:rsidR="003F604B" w:rsidRPr="00683F6D" w:rsidRDefault="003F604B" w:rsidP="003F604B">
            <w:pPr>
              <w:jc w:val="center"/>
              <w:rPr>
                <w:b/>
                <w:bCs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175E3B02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1" w:type="dxa"/>
            <w:shd w:val="clear" w:color="auto" w:fill="FFFFFF" w:themeFill="background1"/>
            <w:vAlign w:val="center"/>
          </w:tcPr>
          <w:p w14:paraId="150A859C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62" w:type="dxa"/>
            <w:shd w:val="clear" w:color="auto" w:fill="FFFFFF" w:themeFill="background1"/>
            <w:vAlign w:val="center"/>
          </w:tcPr>
          <w:p w14:paraId="4FB468E5" w14:textId="77777777" w:rsidR="003F604B" w:rsidRPr="003260F1" w:rsidRDefault="003F604B" w:rsidP="003F604B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8BFB5D4" w14:textId="133E703B" w:rsidR="003F604B" w:rsidRPr="003260F1" w:rsidRDefault="003F604B" w:rsidP="003F604B">
      <w:pPr>
        <w:tabs>
          <w:tab w:val="left" w:pos="3330"/>
        </w:tabs>
        <w:spacing w:after="0"/>
        <w:rPr>
          <w:sz w:val="20"/>
          <w:szCs w:val="20"/>
        </w:rPr>
      </w:pPr>
      <w:r w:rsidRPr="003260F1">
        <w:rPr>
          <w:sz w:val="20"/>
          <w:szCs w:val="20"/>
        </w:rPr>
        <w:tab/>
      </w:r>
    </w:p>
    <w:sectPr w:rsidR="003F604B" w:rsidRPr="003260F1" w:rsidSect="00412AFB">
      <w:footerReference w:type="default" r:id="rId11"/>
      <w:pgSz w:w="12240" w:h="15840"/>
      <w:pgMar w:top="0" w:right="1467" w:bottom="1701" w:left="1800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6647C" w14:textId="77777777" w:rsidR="00F77E2B" w:rsidRDefault="00F77E2B" w:rsidP="00DC697F">
      <w:pPr>
        <w:spacing w:after="0" w:line="240" w:lineRule="auto"/>
      </w:pPr>
      <w:r>
        <w:separator/>
      </w:r>
    </w:p>
  </w:endnote>
  <w:endnote w:type="continuationSeparator" w:id="0">
    <w:p w14:paraId="4894EB8E" w14:textId="77777777" w:rsidR="00F77E2B" w:rsidRDefault="00F77E2B" w:rsidP="00DC69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C0BB2" w14:textId="77777777" w:rsidR="002A5620" w:rsidRDefault="00DC697F" w:rsidP="002A5620">
    <w:pPr>
      <w:pStyle w:val="Pta"/>
      <w:jc w:val="right"/>
      <w:rPr>
        <w:i/>
        <w:iCs/>
        <w:color w:val="404040" w:themeColor="text1" w:themeTint="BF"/>
        <w:sz w:val="20"/>
        <w:szCs w:val="20"/>
      </w:rPr>
    </w:pPr>
    <w:r w:rsidRPr="00DC697F">
      <w:rPr>
        <w:noProof/>
        <w:color w:val="404040" w:themeColor="text1" w:themeTint="BF"/>
        <w:sz w:val="20"/>
        <w:szCs w:val="20"/>
      </w:rPr>
      <w:drawing>
        <wp:anchor distT="0" distB="0" distL="114300" distR="114300" simplePos="0" relativeHeight="251657216" behindDoc="1" locked="0" layoutInCell="1" allowOverlap="1" wp14:anchorId="2B1C080D" wp14:editId="71623E67">
          <wp:simplePos x="0" y="0"/>
          <wp:positionH relativeFrom="column">
            <wp:posOffset>-180975</wp:posOffset>
          </wp:positionH>
          <wp:positionV relativeFrom="paragraph">
            <wp:posOffset>113030</wp:posOffset>
          </wp:positionV>
          <wp:extent cx="1035685" cy="525145"/>
          <wp:effectExtent l="0" t="0" r="0" b="8255"/>
          <wp:wrapNone/>
          <wp:docPr id="633858629" name="Obrázok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1046757" name="Obrázok 231046757"/>
                  <pic:cNvPicPr/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5685" cy="52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AE24ED" wp14:editId="7325BFFA">
              <wp:simplePos x="0" y="0"/>
              <wp:positionH relativeFrom="column">
                <wp:posOffset>-180340</wp:posOffset>
              </wp:positionH>
              <wp:positionV relativeFrom="paragraph">
                <wp:posOffset>54610</wp:posOffset>
              </wp:positionV>
              <wp:extent cx="5886450" cy="0"/>
              <wp:effectExtent l="0" t="0" r="0" b="0"/>
              <wp:wrapNone/>
              <wp:docPr id="1165465249" name="Rovná spojnica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86450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bg1">
                            <a:lumMod val="85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04AFD96" id="Rovná spojnica 3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2pt,4.3pt" to="449.3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" strokecolor="#d8d8d8 [2732]" strokeweight=".25pt"/>
          </w:pict>
        </mc:Fallback>
      </mc:AlternateContent>
    </w:r>
  </w:p>
  <w:p w14:paraId="1E4A5968" w14:textId="77777777" w:rsidR="002A5620" w:rsidRDefault="002A5620" w:rsidP="002A5620">
    <w:pPr>
      <w:pStyle w:val="Pta"/>
      <w:jc w:val="right"/>
      <w:rPr>
        <w:i/>
        <w:iCs/>
        <w:color w:val="404040" w:themeColor="text1" w:themeTint="BF"/>
        <w:sz w:val="20"/>
        <w:szCs w:val="20"/>
      </w:rPr>
    </w:pPr>
  </w:p>
  <w:p w14:paraId="3A105BD0" w14:textId="30B4AC7F" w:rsidR="00412AFB" w:rsidRDefault="002A5620" w:rsidP="002A5620">
    <w:pPr>
      <w:pStyle w:val="Pta"/>
      <w:jc w:val="right"/>
      <w:rPr>
        <w:i/>
        <w:iCs/>
        <w:color w:val="404040" w:themeColor="text1" w:themeTint="BF"/>
        <w:sz w:val="20"/>
        <w:szCs w:val="20"/>
      </w:rPr>
    </w:pPr>
    <w:r w:rsidRPr="002A5620">
      <w:rPr>
        <w:i/>
        <w:iCs/>
        <w:color w:val="404040" w:themeColor="text1" w:themeTint="BF"/>
        <w:sz w:val="20"/>
        <w:szCs w:val="20"/>
      </w:rPr>
      <w:t xml:space="preserve">Nevíte </w:t>
    </w:r>
    <w:proofErr w:type="spellStart"/>
    <w:r w:rsidRPr="002A5620">
      <w:rPr>
        <w:i/>
        <w:iCs/>
        <w:color w:val="404040" w:themeColor="text1" w:themeTint="BF"/>
        <w:sz w:val="20"/>
        <w:szCs w:val="20"/>
      </w:rPr>
      <w:t>si</w:t>
    </w:r>
    <w:proofErr w:type="spellEnd"/>
    <w:r w:rsidRPr="002A5620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Pr="002A5620">
      <w:rPr>
        <w:i/>
        <w:iCs/>
        <w:color w:val="404040" w:themeColor="text1" w:themeTint="BF"/>
        <w:sz w:val="20"/>
        <w:szCs w:val="20"/>
      </w:rPr>
      <w:t>rady</w:t>
    </w:r>
    <w:proofErr w:type="spellEnd"/>
    <w:r w:rsidRPr="002A5620">
      <w:rPr>
        <w:i/>
        <w:iCs/>
        <w:color w:val="404040" w:themeColor="text1" w:themeTint="BF"/>
        <w:sz w:val="20"/>
        <w:szCs w:val="20"/>
      </w:rPr>
      <w:t xml:space="preserve">? </w:t>
    </w:r>
    <w:proofErr w:type="spellStart"/>
    <w:r>
      <w:rPr>
        <w:i/>
        <w:iCs/>
        <w:color w:val="404040" w:themeColor="text1" w:themeTint="BF"/>
        <w:sz w:val="20"/>
        <w:szCs w:val="20"/>
      </w:rPr>
      <w:t>Nap</w:t>
    </w:r>
    <w:r w:rsidRPr="002A5620">
      <w:rPr>
        <w:i/>
        <w:iCs/>
        <w:color w:val="404040" w:themeColor="text1" w:themeTint="BF"/>
        <w:sz w:val="20"/>
        <w:szCs w:val="20"/>
      </w:rPr>
      <w:t>ište</w:t>
    </w:r>
    <w:proofErr w:type="spellEnd"/>
    <w:r w:rsidRPr="002A5620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Pr="002A5620">
      <w:rPr>
        <w:i/>
        <w:iCs/>
        <w:color w:val="404040" w:themeColor="text1" w:themeTint="BF"/>
        <w:sz w:val="20"/>
        <w:szCs w:val="20"/>
      </w:rPr>
      <w:t>na</w:t>
    </w:r>
    <w:proofErr w:type="spellEnd"/>
    <w:r w:rsidRPr="002A5620">
      <w:rPr>
        <w:i/>
        <w:iCs/>
        <w:color w:val="404040" w:themeColor="text1" w:themeTint="BF"/>
        <w:sz w:val="20"/>
        <w:szCs w:val="20"/>
      </w:rPr>
      <w:t xml:space="preserve"> </w:t>
    </w:r>
    <w:r w:rsidRPr="002A5620">
      <w:rPr>
        <w:b/>
        <w:bCs/>
        <w:i/>
        <w:iCs/>
        <w:color w:val="16684D"/>
        <w:sz w:val="20"/>
        <w:szCs w:val="20"/>
      </w:rPr>
      <w:t>podpora@zelenabudovam.</w:t>
    </w:r>
    <w:r w:rsidRPr="002A5620">
      <w:rPr>
        <w:b/>
        <w:bCs/>
        <w:i/>
        <w:iCs/>
        <w:color w:val="16684D"/>
        <w:sz w:val="20"/>
        <w:szCs w:val="20"/>
      </w:rPr>
      <w:t>cz</w:t>
    </w:r>
    <w:r w:rsidRPr="002A5620">
      <w:rPr>
        <w:i/>
        <w:iCs/>
        <w:color w:val="16684D"/>
        <w:sz w:val="20"/>
        <w:szCs w:val="20"/>
      </w:rPr>
      <w:t xml:space="preserve"> </w:t>
    </w:r>
    <w:r w:rsidR="00412AFB" w:rsidRPr="00412AFB">
      <w:rPr>
        <w:i/>
        <w:iCs/>
        <w:color w:val="404040" w:themeColor="text1" w:themeTint="BF"/>
        <w:sz w:val="20"/>
        <w:szCs w:val="20"/>
      </w:rPr>
      <w:t xml:space="preserve">a </w:t>
    </w:r>
    <w:proofErr w:type="spellStart"/>
    <w:r w:rsidR="00412AFB" w:rsidRPr="00412AFB">
      <w:rPr>
        <w:i/>
        <w:iCs/>
        <w:color w:val="404040" w:themeColor="text1" w:themeTint="BF"/>
        <w:sz w:val="20"/>
        <w:szCs w:val="20"/>
      </w:rPr>
      <w:t>rádi</w:t>
    </w:r>
    <w:proofErr w:type="spellEnd"/>
    <w:r w:rsidR="00412AFB" w:rsidRPr="00412AFB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="00412AFB" w:rsidRPr="00412AFB">
      <w:rPr>
        <w:i/>
        <w:iCs/>
        <w:color w:val="404040" w:themeColor="text1" w:themeTint="BF"/>
        <w:sz w:val="20"/>
        <w:szCs w:val="20"/>
      </w:rPr>
      <w:t>vám</w:t>
    </w:r>
    <w:proofErr w:type="spellEnd"/>
    <w:r w:rsidR="00412AFB" w:rsidRPr="00412AFB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="00412AFB" w:rsidRPr="00412AFB">
      <w:rPr>
        <w:i/>
        <w:iCs/>
        <w:color w:val="404040" w:themeColor="text1" w:themeTint="BF"/>
        <w:sz w:val="20"/>
        <w:szCs w:val="20"/>
      </w:rPr>
      <w:t>obratem</w:t>
    </w:r>
    <w:proofErr w:type="spellEnd"/>
    <w:r w:rsidR="00412AFB" w:rsidRPr="00412AFB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="00412AFB" w:rsidRPr="00412AFB">
      <w:rPr>
        <w:i/>
        <w:iCs/>
        <w:color w:val="404040" w:themeColor="text1" w:themeTint="BF"/>
        <w:sz w:val="20"/>
        <w:szCs w:val="20"/>
      </w:rPr>
      <w:t>pomůžeme</w:t>
    </w:r>
    <w:proofErr w:type="spellEnd"/>
    <w:r w:rsidR="00412AFB" w:rsidRPr="00412AFB">
      <w:rPr>
        <w:i/>
        <w:iCs/>
        <w:color w:val="404040" w:themeColor="text1" w:themeTint="BF"/>
        <w:sz w:val="20"/>
        <w:szCs w:val="20"/>
      </w:rPr>
      <w:t>.</w:t>
    </w:r>
    <w:r w:rsidR="00DC697F" w:rsidRPr="00DC697F">
      <w:rPr>
        <w:i/>
        <w:iCs/>
        <w:color w:val="404040" w:themeColor="text1" w:themeTint="BF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4FE91" w14:textId="77777777" w:rsidR="00F77E2B" w:rsidRDefault="00F77E2B" w:rsidP="00DC697F">
      <w:pPr>
        <w:spacing w:after="0" w:line="240" w:lineRule="auto"/>
      </w:pPr>
      <w:r>
        <w:separator/>
      </w:r>
    </w:p>
  </w:footnote>
  <w:footnote w:type="continuationSeparator" w:id="0">
    <w:p w14:paraId="0B303969" w14:textId="77777777" w:rsidR="00F77E2B" w:rsidRDefault="00F77E2B" w:rsidP="00DC69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97C17DC"/>
    <w:multiLevelType w:val="hybridMultilevel"/>
    <w:tmpl w:val="197AC12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7F1240"/>
    <w:multiLevelType w:val="hybridMultilevel"/>
    <w:tmpl w:val="995A8574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51A8FCE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D72A74"/>
    <w:multiLevelType w:val="hybridMultilevel"/>
    <w:tmpl w:val="C6C876C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0262325">
    <w:abstractNumId w:val="8"/>
  </w:num>
  <w:num w:numId="2" w16cid:durableId="677773831">
    <w:abstractNumId w:val="6"/>
  </w:num>
  <w:num w:numId="3" w16cid:durableId="255288748">
    <w:abstractNumId w:val="5"/>
  </w:num>
  <w:num w:numId="4" w16cid:durableId="1005286833">
    <w:abstractNumId w:val="4"/>
  </w:num>
  <w:num w:numId="5" w16cid:durableId="123893170">
    <w:abstractNumId w:val="7"/>
  </w:num>
  <w:num w:numId="6" w16cid:durableId="1480993966">
    <w:abstractNumId w:val="3"/>
  </w:num>
  <w:num w:numId="7" w16cid:durableId="724915418">
    <w:abstractNumId w:val="2"/>
  </w:num>
  <w:num w:numId="8" w16cid:durableId="1629433483">
    <w:abstractNumId w:val="1"/>
  </w:num>
  <w:num w:numId="9" w16cid:durableId="492063031">
    <w:abstractNumId w:val="0"/>
  </w:num>
  <w:num w:numId="10" w16cid:durableId="1477724299">
    <w:abstractNumId w:val="10"/>
  </w:num>
  <w:num w:numId="11" w16cid:durableId="213660333">
    <w:abstractNumId w:val="11"/>
  </w:num>
  <w:num w:numId="12" w16cid:durableId="15548037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734"/>
    <w:rsid w:val="00034616"/>
    <w:rsid w:val="0006063C"/>
    <w:rsid w:val="00061AF9"/>
    <w:rsid w:val="000812A0"/>
    <w:rsid w:val="000869A7"/>
    <w:rsid w:val="000C793C"/>
    <w:rsid w:val="0015074B"/>
    <w:rsid w:val="001C5EEC"/>
    <w:rsid w:val="002203A3"/>
    <w:rsid w:val="00243F74"/>
    <w:rsid w:val="0029639D"/>
    <w:rsid w:val="002A5620"/>
    <w:rsid w:val="002C6DC1"/>
    <w:rsid w:val="003260F1"/>
    <w:rsid w:val="00326F90"/>
    <w:rsid w:val="003468CF"/>
    <w:rsid w:val="003574AD"/>
    <w:rsid w:val="003B1EEB"/>
    <w:rsid w:val="003C068E"/>
    <w:rsid w:val="003F604B"/>
    <w:rsid w:val="00412AFB"/>
    <w:rsid w:val="00432463"/>
    <w:rsid w:val="0047143E"/>
    <w:rsid w:val="004D5CFC"/>
    <w:rsid w:val="0051064A"/>
    <w:rsid w:val="00524F64"/>
    <w:rsid w:val="00586192"/>
    <w:rsid w:val="005A0CDE"/>
    <w:rsid w:val="00664DAD"/>
    <w:rsid w:val="00683F6D"/>
    <w:rsid w:val="006A5D73"/>
    <w:rsid w:val="006B195F"/>
    <w:rsid w:val="006C01D2"/>
    <w:rsid w:val="006F352E"/>
    <w:rsid w:val="006F6573"/>
    <w:rsid w:val="00793A96"/>
    <w:rsid w:val="007E27C9"/>
    <w:rsid w:val="00826299"/>
    <w:rsid w:val="008B15E9"/>
    <w:rsid w:val="0096718A"/>
    <w:rsid w:val="009851B7"/>
    <w:rsid w:val="009A07BB"/>
    <w:rsid w:val="009B1AED"/>
    <w:rsid w:val="009B4608"/>
    <w:rsid w:val="009F2C65"/>
    <w:rsid w:val="00A16DA2"/>
    <w:rsid w:val="00A2106F"/>
    <w:rsid w:val="00AA1D8D"/>
    <w:rsid w:val="00AF1B70"/>
    <w:rsid w:val="00B4590F"/>
    <w:rsid w:val="00B47730"/>
    <w:rsid w:val="00B54A54"/>
    <w:rsid w:val="00B637F8"/>
    <w:rsid w:val="00B853FF"/>
    <w:rsid w:val="00BC5815"/>
    <w:rsid w:val="00C31CE5"/>
    <w:rsid w:val="00C92DF8"/>
    <w:rsid w:val="00CA7988"/>
    <w:rsid w:val="00CB0664"/>
    <w:rsid w:val="00CF433F"/>
    <w:rsid w:val="00D921B0"/>
    <w:rsid w:val="00D947B0"/>
    <w:rsid w:val="00DA03FF"/>
    <w:rsid w:val="00DB2A48"/>
    <w:rsid w:val="00DC697F"/>
    <w:rsid w:val="00E141BD"/>
    <w:rsid w:val="00E8553C"/>
    <w:rsid w:val="00F04F92"/>
    <w:rsid w:val="00F551A0"/>
    <w:rsid w:val="00F77E2B"/>
    <w:rsid w:val="00FC693F"/>
    <w:rsid w:val="00FF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8CE4454"/>
  <w14:defaultImageDpi w14:val="330"/>
  <w15:docId w15:val="{25334505-59AB-4030-8291-5BFB9B72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  <w:rPr>
      <w:rFonts w:ascii="Calibri" w:hAnsi="Calibri"/>
    </w:rPr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illLabel">
    <w:name w:val="PillLabel"/>
    <w:basedOn w:val="Normlny"/>
    <w:pPr>
      <w:spacing w:after="40"/>
    </w:pPr>
    <w:rPr>
      <w:b/>
    </w:rPr>
  </w:style>
  <w:style w:type="paragraph" w:customStyle="1" w:styleId="Hint">
    <w:name w:val="Hint"/>
    <w:basedOn w:val="Normlny"/>
    <w:rPr>
      <w:i/>
      <w:color w:val="787878"/>
      <w:sz w:val="18"/>
    </w:rPr>
  </w:style>
  <w:style w:type="character" w:styleId="Zstupntext">
    <w:name w:val="Placeholder Text"/>
    <w:basedOn w:val="Predvolenpsmoodseku"/>
    <w:uiPriority w:val="99"/>
    <w:semiHidden/>
    <w:rsid w:val="00BC5815"/>
    <w:rPr>
      <w:color w:val="666666"/>
    </w:rPr>
  </w:style>
  <w:style w:type="character" w:customStyle="1" w:styleId="tl1">
    <w:name w:val="Štýl1"/>
    <w:basedOn w:val="Predvolenpsmoodseku"/>
    <w:uiPriority w:val="1"/>
    <w:rsid w:val="0047143E"/>
    <w:rPr>
      <w:b/>
    </w:rPr>
  </w:style>
  <w:style w:type="character" w:styleId="Hypertextovprepojenie">
    <w:name w:val="Hyperlink"/>
    <w:basedOn w:val="Predvolenpsmoodseku"/>
    <w:uiPriority w:val="99"/>
    <w:unhideWhenUsed/>
    <w:rsid w:val="00412AFB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412A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Katarina Lacova</cp:lastModifiedBy>
  <cp:revision>6</cp:revision>
  <cp:lastPrinted>2025-10-26T09:53:00Z</cp:lastPrinted>
  <dcterms:created xsi:type="dcterms:W3CDTF">2025-10-26T09:54:00Z</dcterms:created>
  <dcterms:modified xsi:type="dcterms:W3CDTF">2025-10-26T10:09:00Z</dcterms:modified>
  <cp:category/>
</cp:coreProperties>
</file>